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CS 149 Week 11 Reflection</w:t>
      </w:r>
    </w:p>
    <w:p>
      <w:pPr>
        <w:tabs>
          <w:tab w:pos="4680" w:val="left"/>
        </w:tabs>
      </w:pPr>
      <w:r>
        <w:rPr>
          <w:b/>
          <w:i w:val="0"/>
        </w:rPr>
        <w:t>Name:</w:t>
      </w:r>
      <w:r>
        <w:rPr>
          <w:b w:val="0"/>
          <w:i w:val="0"/>
        </w:rPr>
        <w:tab/>
      </w:r>
      <w:r>
        <w:rPr>
          <w:b/>
          <w:i w:val="0"/>
        </w:rPr>
        <w:t>Date:</w:t>
      </w:r>
    </w:p>
    <w:p>
      <w:r>
        <w:rPr>
          <w:i/>
          <w:color w:val="595959"/>
          <w:sz w:val="20"/>
        </w:rPr>
        <w:t>Click a checkbox to check it, and type your answers in the boxes below.</w:t>
      </w:r>
    </w:p>
    <w:p>
      <w:pPr>
        <w:keepNext/>
        <w:spacing w:before="240"/>
      </w:pPr>
      <w:r>
        <w:rPr>
          <w:b/>
          <w:i w:val="0"/>
        </w:rPr>
        <w:t>1. What did you do this week?</w:t>
      </w:r>
      <w:r>
        <w:rPr>
          <w:b w:val="0"/>
          <w:i w:val="0"/>
        </w:rPr>
        <w:t xml:space="preserve"> (Check all that apply.)</w:t>
      </w:r>
    </w:p>
    <w:p>
      <w:pPr>
        <w:spacing w:after="40"/>
        <w:ind w:left="360"/>
      </w:pPr>
      <w:sdt>
        <w:sdtPr>
          <w:id w:val="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Worked through the in-class activities</w:t>
      </w:r>
    </w:p>
    <w:p>
      <w:pPr>
        <w:spacing w:after="40"/>
        <w:ind w:left="360"/>
      </w:pPr>
      <w:sdt>
        <w:sdtPr>
          <w:id w:val="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Read the sections listed for one of the textbooks</w:t>
      </w:r>
    </w:p>
    <w:p>
      <w:pPr>
        <w:spacing w:after="40"/>
        <w:ind w:left="360"/>
      </w:pPr>
      <w:sdt>
        <w:sdtPr>
          <w:id w:val="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Finished PA4 Parts A and B</w:t>
      </w:r>
    </w:p>
    <w:p>
      <w:pPr>
        <w:spacing w:after="40"/>
        <w:ind w:left="360"/>
      </w:pPr>
      <w:sdt>
        <w:sdtPr>
          <w:id w:val="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Worked through the Quiz 4 review</w:t>
      </w:r>
    </w:p>
    <w:p>
      <w:pPr>
        <w:spacing w:after="40"/>
        <w:ind w:left="360"/>
      </w:pPr>
      <w:sdt>
        <w:sdtPr>
          <w:id w:val="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Sorted the jobs in "Set or dictionary?"</w:t>
      </w:r>
    </w:p>
    <w:p>
      <w:pPr>
        <w:spacing w:after="40"/>
        <w:ind w:left="360"/>
      </w:pPr>
      <w:sdt>
        <w:sdtPr>
          <w:id w:val="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Filled in the "Get it or crash?" table on paper</w:t>
      </w:r>
    </w:p>
    <w:p>
      <w:pPr>
        <w:spacing w:after="40"/>
        <w:ind w:left="360"/>
      </w:pPr>
      <w:sdt>
        <w:sdtPr>
          <w:id w:val="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Traced "Group it by hand" on paper</w:t>
      </w:r>
    </w:p>
    <w:p>
      <w:pPr>
        <w:spacing w:after="40"/>
        <w:ind w:left="360"/>
      </w:pPr>
      <w:sdt>
        <w:sdtPr>
          <w:id w:val="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Rewrote loops as comprehensions, and back</w:t>
      </w:r>
    </w:p>
    <w:p>
      <w:pPr>
        <w:spacing w:after="40"/>
        <w:ind w:left="360"/>
      </w:pPr>
      <w:sdt>
        <w:sdtPr>
          <w:id w:val="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Asked an AI tutor to drill me</w:t>
      </w:r>
    </w:p>
    <w:p>
      <w:pPr>
        <w:spacing w:after="40"/>
        <w:ind w:left="360"/>
      </w:pPr>
      <w:sdt>
        <w:sdtPr>
          <w:id w:val="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Tried something from "Explore more"</w:t>
      </w:r>
    </w:p>
    <w:p>
      <w:pPr>
        <w:spacing w:after="40"/>
        <w:ind w:left="360"/>
      </w:pPr>
      <w:sdt>
        <w:sdtPr>
          <w:id w:val="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Something else (tell us in the short answers)</w:t>
      </w:r>
    </w:p>
    <w:p>
      <w:pPr>
        <w:keepNext/>
        <w:spacing w:before="240"/>
      </w:pPr>
      <w:r>
        <w:rPr>
          <w:b/>
          <w:i w:val="0"/>
        </w:rPr>
        <w:t>2. Roughly how much time did you spend on CS 149 outside of class this week?</w:t>
      </w:r>
    </w:p>
    <w:p>
      <w:pPr>
        <w:spacing w:after="40"/>
        <w:ind w:left="360"/>
      </w:pPr>
      <w:sdt>
        <w:sdtPr>
          <w:id w:val="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Under 1 hour</w:t>
      </w:r>
    </w:p>
    <w:p>
      <w:pPr>
        <w:spacing w:after="40"/>
        <w:ind w:left="360"/>
      </w:pPr>
      <w:sdt>
        <w:sdtPr>
          <w:id w:val="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1–2 hours</w:t>
      </w:r>
    </w:p>
    <w:p>
      <w:pPr>
        <w:spacing w:after="40"/>
        <w:ind w:left="360"/>
      </w:pPr>
      <w:sdt>
        <w:sdtPr>
          <w:id w:val="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3–4 hours</w:t>
      </w:r>
    </w:p>
    <w:p>
      <w:pPr>
        <w:spacing w:after="40"/>
        <w:ind w:left="360"/>
      </w:pPr>
      <w:sdt>
        <w:sdtPr>
          <w:id w:val="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5–6 hours</w:t>
      </w:r>
    </w:p>
    <w:p>
      <w:pPr>
        <w:spacing w:after="40"/>
        <w:ind w:left="360"/>
      </w:pPr>
      <w:sdt>
        <w:sdtPr>
          <w:id w:val="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7+ hours</w:t>
      </w:r>
    </w:p>
    <w:p>
      <w:pPr>
        <w:keepNext/>
        <w:spacing w:before="240"/>
      </w:pPr>
      <w:r>
        <w:rPr>
          <w:b/>
          <w:i w:val="0"/>
        </w:rPr>
        <w:t>3. How comfortable are you reading a comprehension without running it?</w:t>
      </w:r>
    </w:p>
    <w:p>
      <w:pPr>
        <w:spacing w:after="40"/>
        <w:ind w:left="360"/>
      </w:pPr>
      <w:sdt>
        <w:sdtPr>
          <w:id w:val="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Comfortable: I can say what it builds, and write it as a loop</w:t>
      </w:r>
    </w:p>
    <w:p>
      <w:pPr>
        <w:spacing w:after="40"/>
        <w:ind w:left="360"/>
      </w:pPr>
      <w:sdt>
        <w:sdtPr>
          <w:id w:val="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 xml:space="preserve">Mostly: simple ones are fine, but an </w:t>
      </w:r>
      <w:r>
        <w:rPr>
          <w:rFonts w:ascii="Consolas" w:hAnsi="Consolas"/>
          <w:b w:val="0"/>
          <w:i w:val="0"/>
          <w:sz w:val="21"/>
          <w:shd w:val="clear" w:fill="EEEEEE"/>
        </w:rPr>
        <w:t>if</w:t>
      </w:r>
      <w:r>
        <w:rPr>
          <w:b w:val="0"/>
          <w:i w:val="0"/>
        </w:rPr>
        <w:t xml:space="preserve"> at the end slows me down</w:t>
      </w:r>
    </w:p>
    <w:p>
      <w:pPr>
        <w:spacing w:after="40"/>
        <w:ind w:left="360"/>
      </w:pPr>
      <w:sdt>
        <w:sdtPr>
          <w:id w:val="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Not yet: I still need to run it to see what it does</w:t>
      </w:r>
    </w:p>
    <w:p>
      <w:pPr>
        <w:spacing w:after="40"/>
        <w:ind w:left="360"/>
      </w:pPr>
      <w:sdt>
        <w:sdtPr>
          <w:id w:val="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I haven't tried one yet</w:t>
      </w:r>
    </w:p>
    <w:p>
      <w:pPr>
        <w:keepNext/>
        <w:spacing w:before="240"/>
      </w:pPr>
      <w:r>
        <w:rPr>
          <w:b/>
          <w:i w:val="0"/>
        </w:rPr>
        <w:t>4. How did you test your program?</w:t>
      </w:r>
      <w:r>
        <w:rPr>
          <w:b w:val="0"/>
          <w:i w:val="0"/>
        </w:rPr>
        <w:t xml:space="preserve"> Which asserts did you write for PA4 Parts A and B before you submitted, and what bug could each one have caught? Did you try a case with nothing in it, like no ducks or no sign-ups, or one where something shows up twice?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5. Give one dictionary operation or comprehension this week that did not do what you expected.</w:t>
      </w:r>
      <w:r>
        <w:rPr>
          <w:b w:val="0"/>
          <w:i w:val="0"/>
        </w:rPr>
        <w:t xml:space="preserve"> It could be a </w:t>
      </w:r>
      <w:r>
        <w:rPr>
          <w:rFonts w:ascii="Consolas" w:hAnsi="Consolas"/>
          <w:b w:val="0"/>
          <w:i w:val="0"/>
          <w:sz w:val="21"/>
          <w:shd w:val="clear" w:fill="EEEEEE"/>
        </w:rPr>
        <w:t>KeyError</w:t>
      </w:r>
      <w:r>
        <w:rPr>
          <w:b w:val="0"/>
          <w:i w:val="0"/>
        </w:rPr>
        <w:t xml:space="preserve"> you didn't see coming, an </w:t>
      </w:r>
      <w:r>
        <w:rPr>
          <w:rFonts w:ascii="Consolas" w:hAnsi="Consolas"/>
          <w:b w:val="0"/>
          <w:i w:val="0"/>
          <w:sz w:val="21"/>
          <w:shd w:val="clear" w:fill="EEEEEE"/>
        </w:rPr>
        <w:t>in</w:t>
      </w:r>
      <w:r>
        <w:rPr>
          <w:b w:val="0"/>
          <w:i w:val="0"/>
        </w:rPr>
        <w:t xml:space="preserve"> that checked the keys when you meant the values, a comprehension that dropped items, or a count that came out one too high. Say what you expected, what happened, and the rule you were using that turned out to be wrong.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6. What is one thing you want gone over in class?</w:t>
      </w:r>
      <w:r>
        <w:rPr>
          <w:b w:val="0"/>
          <w:i w:val="0"/>
        </w:rPr>
        <w:t xml:space="preserve"> Be as specific as you can: "why </w:t>
      </w:r>
      <w:r>
        <w:rPr>
          <w:rFonts w:ascii="Consolas" w:hAnsi="Consolas"/>
          <w:b w:val="0"/>
          <w:i w:val="0"/>
          <w:sz w:val="21"/>
          <w:shd w:val="clear" w:fill="EEEEEE"/>
        </w:rPr>
        <w:t>1 in d</w:t>
      </w:r>
      <w:r>
        <w:rPr>
          <w:b w:val="0"/>
          <w:i w:val="0"/>
        </w:rPr>
        <w:t xml:space="preserve"> is </w:t>
      </w:r>
      <w:r>
        <w:rPr>
          <w:rFonts w:ascii="Consolas" w:hAnsi="Consolas"/>
          <w:b w:val="0"/>
          <w:i w:val="0"/>
          <w:sz w:val="21"/>
          <w:shd w:val="clear" w:fill="EEEEEE"/>
        </w:rPr>
        <w:t>False</w:t>
      </w:r>
      <w:r>
        <w:rPr>
          <w:b w:val="0"/>
          <w:i w:val="0"/>
        </w:rPr>
        <w:t xml:space="preserve"> when 1 is a value" is useful, and "dictionaries" is not. Class time gets spent on whatever shows up most often in these answers.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7. Did you use an AI tool this week, and did it build your understanding or replace it?</w:t>
      </w:r>
      <w:r>
        <w:rPr>
          <w:b w:val="0"/>
          <w:i w:val="0"/>
        </w:rPr>
        <w:t xml:space="preserve"> The honest test: could you write PA4's Part A comprehension again on a blank page, then write it as a regular loop? If a video, article, or tutorial made something click, drop the link and one line on why it helped.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8. Paste your PA4 code</w:t>
      </w:r>
      <w:r>
        <w:rPr>
          <w:b w:val="0"/>
          <w:i w:val="0"/>
        </w:rPr>
        <w:t xml:space="preserve"> for Parts A and B. If you rewrote a loop as a comprehension, or the other way around, say which one and why.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432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line="240" w:lineRule="auto" w:before="0" w:after="0"/>
              <w:rPr>
                <w:rFonts w:ascii="Consolas" w:hAnsi="Consolas" w:cs="Consolas"/>
                <w:sz w:val="21"/>
              </w:rPr>
            </w:pP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