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CS 149 Week 10 Reflection</w:t>
      </w:r>
    </w:p>
    <w:p>
      <w:pPr>
        <w:tabs>
          <w:tab w:pos="4680" w:val="left"/>
        </w:tabs>
      </w:pPr>
      <w:r>
        <w:rPr>
          <w:b/>
          <w:i w:val="0"/>
        </w:rPr>
        <w:t>Name:</w:t>
      </w:r>
      <w:r>
        <w:rPr>
          <w:b w:val="0"/>
          <w:i w:val="0"/>
        </w:rPr>
        <w:tab/>
      </w:r>
      <w:r>
        <w:rPr>
          <w:b/>
          <w:i w:val="0"/>
        </w:rPr>
        <w:t>Date:</w:t>
      </w:r>
    </w:p>
    <w:p>
      <w:r>
        <w:rPr>
          <w:i/>
          <w:color w:val="595959"/>
          <w:sz w:val="20"/>
        </w:rPr>
        <w:t>Click a checkbox to check it, and type your answers in the boxes below.</w:t>
      </w:r>
    </w:p>
    <w:p>
      <w:pPr>
        <w:keepNext/>
        <w:spacing w:before="240"/>
      </w:pPr>
      <w:r>
        <w:rPr>
          <w:b/>
          <w:i w:val="0"/>
        </w:rPr>
        <w:t>1. What did you do this week?</w:t>
      </w:r>
      <w:r>
        <w:rPr>
          <w:b w:val="0"/>
          <w:i w:val="0"/>
        </w:rPr>
        <w:t xml:space="preserve"> (Check all that apply.)</w:t>
      </w:r>
    </w:p>
    <w:p>
      <w:pPr>
        <w:spacing w:after="40"/>
        <w:ind w:left="360"/>
      </w:pPr>
      <w:sdt>
        <w:sdtPr>
          <w:id w:val="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Worked through the in-class activities</w:t>
      </w:r>
    </w:p>
    <w:p>
      <w:pPr>
        <w:spacing w:after="40"/>
        <w:ind w:left="360"/>
      </w:pPr>
      <w:sdt>
        <w:sdtPr>
          <w:id w:val="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Read the sections listed for one of the textbooks</w:t>
      </w:r>
    </w:p>
    <w:p>
      <w:pPr>
        <w:spacing w:after="40"/>
        <w:ind w:left="360"/>
      </w:pPr>
      <w:sdt>
        <w:sdtPr>
          <w:id w:val="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Finished PA3 Parts C and D</w:t>
      </w:r>
    </w:p>
    <w:p>
      <w:pPr>
        <w:spacing w:after="40"/>
        <w:ind w:left="360"/>
      </w:pPr>
      <w:sdt>
        <w:sdtPr>
          <w:id w:val="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Predicted the output in "See what's really in a line"</w:t>
      </w:r>
    </w:p>
    <w:p>
      <w:pPr>
        <w:spacing w:after="40"/>
        <w:ind w:left="360"/>
      </w:pPr>
      <w:sdt>
        <w:sdtPr>
          <w:id w:val="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Filled in the "Slice it two ways" table on paper</w:t>
      </w:r>
    </w:p>
    <w:p>
      <w:pPr>
        <w:spacing w:after="40"/>
        <w:ind w:left="360"/>
      </w:pPr>
      <w:sdt>
        <w:sdtPr>
          <w:id w:val="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Traced "Who changed my list?"</w:t>
      </w:r>
    </w:p>
    <w:p>
      <w:pPr>
        <w:spacing w:after="40"/>
        <w:ind w:left="360"/>
      </w:pPr>
      <w:sdt>
        <w:sdtPr>
          <w:id w:val="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 xml:space="preserve">Looked up string methods with </w:t>
      </w:r>
      <w:r>
        <w:rPr>
          <w:rFonts w:ascii="Consolas" w:hAnsi="Consolas"/>
          <w:b w:val="0"/>
          <w:i w:val="0"/>
          <w:sz w:val="21"/>
          <w:shd w:val="clear" w:fill="EEEEEE"/>
        </w:rPr>
        <w:t>help()</w:t>
      </w:r>
      <w:r>
        <w:rPr>
          <w:b w:val="0"/>
          <w:i w:val="0"/>
        </w:rPr>
        <w:t xml:space="preserve"> or the Python docs</w:t>
      </w:r>
    </w:p>
    <w:p>
      <w:pPr>
        <w:spacing w:after="40"/>
        <w:ind w:left="360"/>
      </w:pPr>
      <w:sdt>
        <w:sdtPr>
          <w:id w:val="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Rehearsed a function and its test for Quiz 4</w:t>
      </w:r>
    </w:p>
    <w:p>
      <w:pPr>
        <w:spacing w:after="40"/>
        <w:ind w:left="360"/>
      </w:pPr>
      <w:sdt>
        <w:sdtPr>
          <w:id w:val="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Asked an AI tutor to drill me</w:t>
      </w:r>
    </w:p>
    <w:p>
      <w:pPr>
        <w:spacing w:after="40"/>
        <w:ind w:left="360"/>
      </w:pPr>
      <w:sdt>
        <w:sdtPr>
          <w:id w:val="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Tried something from "Explore more"</w:t>
      </w:r>
    </w:p>
    <w:p>
      <w:pPr>
        <w:spacing w:after="40"/>
        <w:ind w:left="360"/>
      </w:pPr>
      <w:sdt>
        <w:sdtPr>
          <w:id w:val="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Something else (tell us in the short answers)</w:t>
      </w:r>
    </w:p>
    <w:p>
      <w:pPr>
        <w:keepNext/>
        <w:spacing w:before="240"/>
      </w:pPr>
      <w:r>
        <w:rPr>
          <w:b/>
          <w:i w:val="0"/>
        </w:rPr>
        <w:t>2. Roughly how much time did you spend on CS 149 outside of class this week?</w:t>
      </w:r>
    </w:p>
    <w:p>
      <w:pPr>
        <w:spacing w:after="40"/>
        <w:ind w:left="360"/>
      </w:pPr>
      <w:sdt>
        <w:sdtPr>
          <w:id w:val="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Under 1 hour</w:t>
      </w:r>
    </w:p>
    <w:p>
      <w:pPr>
        <w:spacing w:after="40"/>
        <w:ind w:left="360"/>
      </w:pPr>
      <w:sdt>
        <w:sdtPr>
          <w:id w:val="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1–2 hours</w:t>
      </w:r>
    </w:p>
    <w:p>
      <w:pPr>
        <w:spacing w:after="40"/>
        <w:ind w:left="360"/>
      </w:pPr>
      <w:sdt>
        <w:sdtPr>
          <w:id w:val="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3–4 hours</w:t>
      </w:r>
    </w:p>
    <w:p>
      <w:pPr>
        <w:spacing w:after="40"/>
        <w:ind w:left="360"/>
      </w:pPr>
      <w:sdt>
        <w:sdtPr>
          <w:id w:val="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5–6 hours</w:t>
      </w:r>
    </w:p>
    <w:p>
      <w:pPr>
        <w:spacing w:after="40"/>
        <w:ind w:left="360"/>
      </w:pPr>
      <w:sdt>
        <w:sdtPr>
          <w:id w:val="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7+ hours</w:t>
      </w:r>
    </w:p>
    <w:p>
      <w:pPr>
        <w:keepNext/>
        <w:spacing w:before="240"/>
      </w:pPr>
      <w:r>
        <w:rPr>
          <w:b/>
          <w:i w:val="0"/>
        </w:rPr>
        <w:t>3. How ready do you feel to write a function and its test for Quiz 4?</w:t>
      </w:r>
    </w:p>
    <w:p>
      <w:pPr>
        <w:spacing w:after="40"/>
        <w:ind w:left="360"/>
      </w:pPr>
      <w:sdt>
        <w:sdtPr>
          <w:id w:val="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Ready: I can write both from a blank file without looking anything up</w:t>
      </w:r>
    </w:p>
    <w:p>
      <w:pPr>
        <w:spacing w:after="40"/>
        <w:ind w:left="360"/>
      </w:pPr>
      <w:sdt>
        <w:sdtPr>
          <w:id w:val="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Mostly: I can write the function, but the test file still trips me up</w:t>
      </w:r>
    </w:p>
    <w:p>
      <w:pPr>
        <w:spacing w:after="40"/>
        <w:ind w:left="360"/>
      </w:pPr>
      <w:sdt>
        <w:sdtPr>
          <w:id w:val="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Not yet: I need my notes or the PA to get started</w:t>
      </w:r>
    </w:p>
    <w:p>
      <w:pPr>
        <w:spacing w:after="40"/>
        <w:ind w:left="360"/>
      </w:pPr>
      <w:sdt>
        <w:sdtPr>
          <w:id w:val="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I haven't tried it yet</w:t>
      </w:r>
    </w:p>
    <w:p>
      <w:pPr>
        <w:keepNext/>
        <w:spacing w:before="240"/>
      </w:pPr>
      <w:r>
        <w:rPr>
          <w:b/>
          <w:i w:val="0"/>
        </w:rPr>
        <w:t>4. How did you test your program?</w:t>
      </w:r>
      <w:r>
        <w:rPr>
          <w:b w:val="0"/>
          <w:i w:val="0"/>
        </w:rPr>
        <w:t xml:space="preserve"> Before you submitted PA3 Parts C and D to Gradescope, what files or calls did you try, and what could each one have caught? Did you try a file with a blank line, a comment line, or a line with extra spaces?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5. Give one string or file operation this week that did not do what you expected.</w:t>
      </w:r>
      <w:r>
        <w:rPr>
          <w:b w:val="0"/>
          <w:i w:val="0"/>
        </w:rPr>
        <w:t xml:space="preserve"> It could be a slice that came out one character off, a </w:t>
      </w:r>
      <w:r>
        <w:rPr>
          <w:rFonts w:ascii="Consolas" w:hAnsi="Consolas"/>
          <w:b w:val="0"/>
          <w:i w:val="0"/>
          <w:sz w:val="21"/>
          <w:shd w:val="clear" w:fill="EEEEEE"/>
        </w:rPr>
        <w:t>split</w:t>
      </w:r>
      <w:r>
        <w:rPr>
          <w:b w:val="0"/>
          <w:i w:val="0"/>
        </w:rPr>
        <w:t xml:space="preserve"> that left spaces behind, a method whose result you forgot to save, or a file that came out empty or doubled. Say what you expected, what happened, and the rule you were using that turned out to be wrong.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6. What is one thing you want gone over in class?</w:t>
      </w:r>
      <w:r>
        <w:rPr>
          <w:b w:val="0"/>
          <w:i w:val="0"/>
        </w:rPr>
        <w:t xml:space="preserve"> Be as specific as you can: "why </w:t>
      </w:r>
      <w:r>
        <w:rPr>
          <w:rFonts w:ascii="Consolas" w:hAnsi="Consolas"/>
          <w:b w:val="0"/>
          <w:i w:val="0"/>
          <w:sz w:val="21"/>
          <w:shd w:val="clear" w:fill="EEEEEE"/>
        </w:rPr>
        <w:t>reset(team)</w:t>
      </w:r>
      <w:r>
        <w:rPr>
          <w:b w:val="0"/>
          <w:i w:val="0"/>
        </w:rPr>
        <w:t xml:space="preserve"> didn't empty the list" is useful, and "strings" is not. Class time gets spent on whatever shows up most often in these answers.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7. Did you use an AI tool this week, and did it build your understanding or replace it?</w:t>
      </w:r>
      <w:r>
        <w:rPr>
          <w:b w:val="0"/>
          <w:i w:val="0"/>
        </w:rPr>
        <w:t xml:space="preserve"> The honest test: could you write PA3's Part C loop again on a blank page, and say what each </w:t>
      </w:r>
      <w:r>
        <w:rPr>
          <w:rFonts w:ascii="Consolas" w:hAnsi="Consolas"/>
          <w:b w:val="0"/>
          <w:i w:val="0"/>
          <w:sz w:val="21"/>
          <w:shd w:val="clear" w:fill="EEEEEE"/>
        </w:rPr>
        <w:t>strip()</w:t>
      </w:r>
      <w:r>
        <w:rPr>
          <w:b w:val="0"/>
          <w:i w:val="0"/>
        </w:rPr>
        <w:t xml:space="preserve"> and </w:t>
      </w:r>
      <w:r>
        <w:rPr>
          <w:rFonts w:ascii="Consolas" w:hAnsi="Consolas"/>
          <w:b w:val="0"/>
          <w:i w:val="0"/>
          <w:sz w:val="21"/>
          <w:shd w:val="clear" w:fill="EEEEEE"/>
        </w:rPr>
        <w:t>split()</w:t>
      </w:r>
      <w:r>
        <w:rPr>
          <w:b w:val="0"/>
          <w:i w:val="0"/>
        </w:rPr>
        <w:t xml:space="preserve"> in it is for? If a video, article, or tutorial made something click, drop the link and one line on why it helped.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8. Paste your PA3 code</w:t>
      </w:r>
      <w:r>
        <w:rPr>
          <w:b w:val="0"/>
          <w:i w:val="0"/>
        </w:rPr>
        <w:t>, all four parts. If one of your string methods or slices surprised you along the way, say which 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432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line="240" w:lineRule="auto" w:before="0" w:after="0"/>
              <w:rPr>
                <w:rFonts w:ascii="Consolas" w:hAnsi="Consolas" w:cs="Consolas"/>
                <w:sz w:val="21"/>
              </w:rPr>
            </w:pP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