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 149 Week 9 Reflection</w:t>
      </w:r>
    </w:p>
    <w:p>
      <w:pPr>
        <w:tabs>
          <w:tab w:pos="4680" w:val="left"/>
        </w:tabs>
      </w:pPr>
      <w:r>
        <w:rPr>
          <w:b/>
          <w:i w:val="0"/>
        </w:rPr>
        <w:t>Name:</w:t>
      </w:r>
      <w:r>
        <w:rPr>
          <w:b w:val="0"/>
          <w:i w:val="0"/>
        </w:rPr>
        <w:tab/>
      </w:r>
      <w:r>
        <w:rPr>
          <w:b/>
          <w:i w:val="0"/>
        </w:rPr>
        <w:t>Date:</w:t>
      </w:r>
    </w:p>
    <w:p>
      <w:r>
        <w:rPr>
          <w:i/>
          <w:color w:val="595959"/>
          <w:sz w:val="20"/>
        </w:rPr>
        <w:t>Click a checkbox to check it, and type your answers in the boxes below.</w:t>
      </w:r>
    </w:p>
    <w:p>
      <w:pPr>
        <w:keepNext/>
        <w:spacing w:before="240"/>
      </w:pPr>
      <w:r>
        <w:rPr>
          <w:b/>
          <w:i w:val="0"/>
        </w:rPr>
        <w:t>1. What did you do this week?</w:t>
      </w:r>
      <w:r>
        <w:rPr>
          <w:b w:val="0"/>
          <w:i w:val="0"/>
        </w:rPr>
        <w:t xml:space="preserve"> (Check all that apply.)</w:t>
      </w:r>
    </w:p>
    <w:p>
      <w:pPr>
        <w:spacing w:after="40"/>
        <w:ind w:left="360"/>
      </w:pPr>
      <w:sdt>
        <w:sdtPr>
          <w:id w:val="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Read the sections listed for one of the textbooks</w:t>
      </w:r>
    </w:p>
    <w:p>
      <w:pPr>
        <w:spacing w:after="40"/>
        <w:ind w:left="360"/>
      </w:pPr>
      <w:sdt>
        <w:sdtPr>
          <w:id w:val="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Labeled and broke the loops in "Find the three parts"</w:t>
      </w:r>
    </w:p>
    <w:p>
      <w:pPr>
        <w:spacing w:after="40"/>
        <w:ind w:left="360"/>
      </w:pPr>
      <w:sdt>
        <w:sdtPr>
          <w:id w:val="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Sorted the jobs in "While or for?"</w:t>
      </w:r>
    </w:p>
    <w:p>
      <w:pPr>
        <w:spacing w:after="40"/>
        <w:ind w:left="360"/>
      </w:pPr>
      <w:sdt>
        <w:sdtPr>
          <w:id w:val="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Traced a set filling up on paper</w:t>
      </w:r>
    </w:p>
    <w:p>
      <w:pPr>
        <w:spacing w:after="40"/>
        <w:ind w:left="360"/>
      </w:pPr>
      <w:sdt>
        <w:sdtPr>
          <w:id w:val="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Worked on PA3 Part A or B</w:t>
      </w:r>
    </w:p>
    <w:p>
      <w:pPr>
        <w:spacing w:after="40"/>
        <w:ind w:left="360"/>
      </w:pPr>
      <w:sdt>
        <w:sdtPr>
          <w:id w:val="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Asked an AI tutor to drill me</w:t>
      </w:r>
    </w:p>
    <w:p>
      <w:pPr>
        <w:spacing w:after="40"/>
        <w:ind w:left="360"/>
      </w:pPr>
      <w:sdt>
        <w:sdtPr>
          <w:id w:val="7"/>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Something else (tell us in the short answers)</w:t>
      </w:r>
    </w:p>
    <w:p>
      <w:pPr>
        <w:keepNext/>
        <w:spacing w:before="240"/>
      </w:pPr>
      <w:r>
        <w:rPr>
          <w:b/>
          <w:i w:val="0"/>
        </w:rPr>
        <w:t>2. Roughly how much time did you spend on CS 149 outside of class this week?</w:t>
      </w:r>
    </w:p>
    <w:p>
      <w:pPr>
        <w:spacing w:after="40"/>
        <w:ind w:left="360"/>
      </w:pPr>
      <w:sdt>
        <w:sdtPr>
          <w:id w:val="8"/>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Under 1 hour</w:t>
      </w:r>
    </w:p>
    <w:p>
      <w:pPr>
        <w:spacing w:after="40"/>
        <w:ind w:left="360"/>
      </w:pPr>
      <w:sdt>
        <w:sdtPr>
          <w:id w:val="9"/>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1–2 hours</w:t>
      </w:r>
    </w:p>
    <w:p>
      <w:pPr>
        <w:spacing w:after="40"/>
        <w:ind w:left="360"/>
      </w:pPr>
      <w:sdt>
        <w:sdtPr>
          <w:id w:val="10"/>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3–4 hours</w:t>
      </w:r>
    </w:p>
    <w:p>
      <w:pPr>
        <w:spacing w:after="40"/>
        <w:ind w:left="360"/>
      </w:pPr>
      <w:sdt>
        <w:sdtPr>
          <w:id w:val="11"/>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5–6 hours</w:t>
      </w:r>
    </w:p>
    <w:p>
      <w:pPr>
        <w:spacing w:after="40"/>
        <w:ind w:left="360"/>
      </w:pPr>
      <w:sdt>
        <w:sdtPr>
          <w:id w:val="12"/>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7+ hours</w:t>
      </w:r>
    </w:p>
    <w:p>
      <w:pPr>
        <w:keepNext/>
        <w:spacing w:before="240"/>
      </w:pPr>
      <w:r>
        <w:rPr>
          <w:b/>
          <w:i w:val="0"/>
        </w:rPr>
        <w:t xml:space="preserve">3. How do </w:t>
      </w:r>
      <w:r>
        <w:rPr>
          <w:rFonts w:ascii="Consolas" w:hAnsi="Consolas"/>
          <w:b/>
          <w:i w:val="0"/>
          <w:sz w:val="21"/>
          <w:shd w:val="clear" w:fill="EEEEEE"/>
        </w:rPr>
        <w:t>while</w:t>
      </w:r>
      <w:r>
        <w:rPr>
          <w:b/>
          <w:i w:val="0"/>
        </w:rPr>
        <w:t xml:space="preserve"> loops feel so far?</w:t>
      </w:r>
    </w:p>
    <w:p>
      <w:pPr>
        <w:spacing w:after="40"/>
        <w:ind w:left="360"/>
      </w:pPr>
      <w:sdt>
        <w:sdtPr>
          <w:id w:val="13"/>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can write one and say why it ends</w:t>
      </w:r>
    </w:p>
    <w:p>
      <w:pPr>
        <w:spacing w:after="40"/>
        <w:ind w:left="360"/>
      </w:pPr>
      <w:sdt>
        <w:sdtPr>
          <w:id w:val="14"/>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can write one, but I'm not always sure it will end</w:t>
      </w:r>
    </w:p>
    <w:p>
      <w:pPr>
        <w:spacing w:after="40"/>
        <w:ind w:left="360"/>
      </w:pPr>
      <w:sdt>
        <w:sdtPr>
          <w:id w:val="15"/>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I can read one, but writing one from scratch is hard</w:t>
      </w:r>
    </w:p>
    <w:p>
      <w:pPr>
        <w:spacing w:after="40"/>
        <w:ind w:left="360"/>
      </w:pPr>
      <w:sdt>
        <w:sdtPr>
          <w:id w:val="16"/>
          <w14:checkbox>
            <w14:checked w14:val="0"/>
            <w14:checkedState w14:val="2612" w14:font="MS Gothic"/>
            <w14:uncheckedState w14:val="2610" w14:font="MS Gothic"/>
          </w14:checkbox>
        </w:sdtPr>
        <w:sdtContent>
          <w:r>
            <w:rPr>
              <w:rFonts w:ascii="MS Gothic" w:hAnsi="MS Gothic" w:eastAsia="MS Gothic"/>
            </w:rPr>
            <w:t>☐</w:t>
          </w:r>
        </w:sdtContent>
      </w:sdt>
      <w:r>
        <w:t xml:space="preserve">  </w:t>
      </w:r>
      <w:r>
        <w:rPr>
          <w:b w:val="0"/>
          <w:i w:val="0"/>
        </w:rPr>
        <w:t xml:space="preserve">I'm still not sure when to use </w:t>
      </w:r>
      <w:r>
        <w:rPr>
          <w:rFonts w:ascii="Consolas" w:hAnsi="Consolas"/>
          <w:b w:val="0"/>
          <w:i w:val="0"/>
          <w:sz w:val="21"/>
          <w:shd w:val="clear" w:fill="EEEEEE"/>
        </w:rPr>
        <w:t>while</w:t>
      </w:r>
      <w:r>
        <w:rPr>
          <w:b w:val="0"/>
          <w:i w:val="0"/>
        </w:rPr>
        <w:t xml:space="preserve"> instead of </w:t>
      </w:r>
      <w:r>
        <w:rPr>
          <w:rFonts w:ascii="Consolas" w:hAnsi="Consolas"/>
          <w:b w:val="0"/>
          <w:i w:val="0"/>
          <w:sz w:val="21"/>
          <w:shd w:val="clear" w:fill="EEEEEE"/>
        </w:rPr>
        <w:t>for</w:t>
      </w:r>
    </w:p>
    <w:p>
      <w:pPr>
        <w:keepNext/>
        <w:spacing w:before="240"/>
      </w:pPr>
      <w:r>
        <w:rPr>
          <w:b/>
          <w:i w:val="0"/>
        </w:rPr>
        <w:t>4. How did you test your program?</w:t>
      </w:r>
      <w:r>
        <w:rPr>
          <w:b w:val="0"/>
          <w:i w:val="0"/>
        </w:rPr>
        <w:t xml:space="preserve"> Before you submitted PA3 Parts A and B to Gradescope, what calls or inputs did you try, and what could each one have caught? For Part A, how did you convince yourself the loop would end, even when no name or question is left?</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5. Give one loop this week that did not do what you expected.</w:t>
      </w:r>
      <w:r>
        <w:rPr>
          <w:b w:val="0"/>
          <w:i w:val="0"/>
        </w:rPr>
        <w:t xml:space="preserve"> It could be one that never ended, ended too soon, or ran a different number of times. Name its initialization, condition, and update, and say which one was wrong and what rule you were using that turned out to be wrong.</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6. What is one thing you want gone over in class?</w:t>
      </w:r>
      <w:r>
        <w:rPr>
          <w:b w:val="0"/>
          <w:i w:val="0"/>
        </w:rPr>
        <w:t xml:space="preserve"> Be as specific as you can: "how </w:t>
      </w:r>
      <w:r>
        <w:rPr>
          <w:rFonts w:ascii="Consolas" w:hAnsi="Consolas"/>
          <w:b w:val="0"/>
          <w:i w:val="0"/>
          <w:sz w:val="21"/>
          <w:shd w:val="clear" w:fill="EEEEEE"/>
        </w:rPr>
        <w:t>ask</w:t>
      </w:r>
      <w:r>
        <w:rPr>
          <w:b w:val="0"/>
          <w:i w:val="0"/>
        </w:rPr>
        <w:t xml:space="preserve"> knows to stop after the right answer" is useful, and "while loops" is not. Class time gets spent on whatever shows up most often in these answers.</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7. Did you use an AI tool this week, and did it build your understanding or replace it?</w:t>
      </w:r>
      <w:r>
        <w:rPr>
          <w:b w:val="0"/>
          <w:i w:val="0"/>
        </w:rPr>
        <w:t xml:space="preserve"> The honest test: could you write PA3's Part B loop again on a blank page, and point to its three parts? If a video, article, or tutorial made something click, drop the link and one line on why it helped.</w:t>
      </w:r>
    </w:p>
    <w:tbl>
      <w:tblPr>
        <w:tblW w:type="auto" w:w="0"/>
        <w:tblLayout w:type="fixed"/>
        <w:tblLook w:firstColumn="1" w:firstRow="1" w:lastColumn="0" w:lastRow="0" w:noHBand="0" w:noVBand="1" w:val="04A0"/>
      </w:tblPr>
      <w:tblGrid>
        <w:gridCol w:w="9360"/>
      </w:tblGrid>
      <w:tr>
        <w:trPr>
          <w:trHeight w:val="2160" w:hRule="atLeast"/>
        </w:trPr>
        <w:tc>
          <w:tcPr>
            <w:tcW w:type="dxa" w:w="9360"/>
            <w:tcBorders>
              <w:top w:val="single" w:sz="6" w:color="BFBFBF"/>
              <w:left w:val="single" w:sz="6" w:color="BFBFBF"/>
              <w:bottom w:val="single" w:sz="6" w:color="BFBFBF"/>
              <w:right w:val="single" w:sz="6" w:color="BFBFBF"/>
            </w:tcBorders>
          </w:tcPr>
          <w:p/>
        </w:tc>
      </w:tr>
    </w:tbl>
    <w:p/>
    <w:p>
      <w:pPr>
        <w:keepNext/>
        <w:spacing w:before="240"/>
      </w:pPr>
      <w:r>
        <w:rPr>
          <w:b/>
          <w:i w:val="0"/>
        </w:rPr>
        <w:t>8. Paste your PA3 code</w:t>
      </w:r>
      <w:r>
        <w:rPr>
          <w:b w:val="0"/>
          <w:i w:val="0"/>
        </w:rPr>
        <w:t>, Parts A and B at least. If labeling the three parts of one of your loops showed you something, say what.</w:t>
      </w:r>
    </w:p>
    <w:tbl>
      <w:tblPr>
        <w:tblW w:type="auto" w:w="0"/>
        <w:tblLayout w:type="fixed"/>
        <w:tblLook w:firstColumn="1" w:firstRow="1" w:lastColumn="0" w:lastRow="0" w:noHBand="0" w:noVBand="1" w:val="04A0"/>
      </w:tblPr>
      <w:tblGrid>
        <w:gridCol w:w="9360"/>
      </w:tblGrid>
      <w:tr>
        <w:trPr>
          <w:trHeight w:val="4320" w:hRule="atLeast"/>
        </w:trPr>
        <w:tc>
          <w:tcPr>
            <w:tcW w:type="dxa" w:w="9360"/>
            <w:tcBorders>
              <w:top w:val="single" w:sz="6" w:color="BFBFBF"/>
              <w:left w:val="single" w:sz="6" w:color="BFBFBF"/>
              <w:bottom w:val="single" w:sz="6" w:color="BFBFBF"/>
              <w:right w:val="single" w:sz="6" w:color="BFBFBF"/>
            </w:tcBorders>
          </w:tcPr>
          <w:p>
            <w:pPr>
              <w:spacing w:line="240" w:lineRule="auto" w:before="0" w:after="0"/>
              <w:rPr>
                <w:rFonts w:ascii="Consolas" w:hAnsi="Consolas" w:cs="Consolas"/>
                <w:sz w:val="21"/>
              </w:rPr>
            </w:pPr>
          </w:p>
        </w:tc>
      </w:tr>
    </w:tbl>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