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CS 149 Week 8 Reflection</w:t>
      </w:r>
    </w:p>
    <w:p>
      <w:pPr>
        <w:tabs>
          <w:tab w:pos="4680" w:val="left"/>
        </w:tabs>
      </w:pPr>
      <w:r>
        <w:rPr>
          <w:b/>
          <w:i w:val="0"/>
        </w:rPr>
        <w:t>Name:</w:t>
      </w:r>
      <w:r>
        <w:rPr>
          <w:b w:val="0"/>
          <w:i w:val="0"/>
        </w:rPr>
        <w:tab/>
      </w:r>
      <w:r>
        <w:rPr>
          <w:b/>
          <w:i w:val="0"/>
        </w:rPr>
        <w:t>Date:</w:t>
      </w:r>
    </w:p>
    <w:p>
      <w:r>
        <w:rPr>
          <w:i/>
          <w:color w:val="595959"/>
          <w:sz w:val="20"/>
        </w:rPr>
        <w:t>Click a checkbox to check it, and type your answers in the boxes below.</w:t>
      </w:r>
    </w:p>
    <w:p>
      <w:pPr>
        <w:keepNext/>
        <w:spacing w:before="240"/>
      </w:pPr>
      <w:r>
        <w:rPr>
          <w:b/>
          <w:i w:val="0"/>
        </w:rPr>
        <w:t>1. What did you do this week?</w:t>
      </w:r>
      <w:r>
        <w:rPr>
          <w:b w:val="0"/>
          <w:i w:val="0"/>
        </w:rPr>
        <w:t xml:space="preserve"> (Check all that apply.)</w:t>
      </w:r>
    </w:p>
    <w:p>
      <w:pPr>
        <w:spacing w:after="40"/>
        <w:ind w:left="360"/>
      </w:pPr>
      <w:sdt>
        <w:sdtPr>
          <w:id w:val="1"/>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Read the sections listed for one or more of the textbooks</w:t>
      </w:r>
    </w:p>
    <w:p>
      <w:pPr>
        <w:spacing w:after="40"/>
        <w:ind w:left="360"/>
      </w:pPr>
      <w:sdt>
        <w:sdtPr>
          <w:id w:val="2"/>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Traced the string loops on paper, then checked them in the Shell</w:t>
      </w:r>
    </w:p>
    <w:p>
      <w:pPr>
        <w:spacing w:after="40"/>
        <w:ind w:left="360"/>
      </w:pPr>
      <w:sdt>
        <w:sdtPr>
          <w:id w:val="3"/>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Drew a dictionary after every pass of a counting loop</w:t>
      </w:r>
    </w:p>
    <w:p>
      <w:pPr>
        <w:spacing w:after="40"/>
        <w:ind w:left="360"/>
      </w:pPr>
      <w:sdt>
        <w:sdtPr>
          <w:id w:val="4"/>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Worked out expected values by hand before running pytest</w:t>
      </w:r>
    </w:p>
    <w:p>
      <w:pPr>
        <w:spacing w:after="40"/>
        <w:ind w:left="360"/>
      </w:pPr>
      <w:sdt>
        <w:sdtPr>
          <w:id w:val="5"/>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Went through my PA2 functions looking for edge cases</w:t>
      </w:r>
    </w:p>
    <w:p>
      <w:pPr>
        <w:spacing w:after="40"/>
        <w:ind w:left="360"/>
      </w:pPr>
      <w:sdt>
        <w:sdtPr>
          <w:id w:val="6"/>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Prepared for Quiz 3 (a Week 6 table, a reference card, or the review page)</w:t>
      </w:r>
    </w:p>
    <w:p>
      <w:pPr>
        <w:spacing w:after="40"/>
        <w:ind w:left="360"/>
      </w:pPr>
      <w:sdt>
        <w:sdtPr>
          <w:id w:val="7"/>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Asked an AI tutor to drill me</w:t>
      </w:r>
    </w:p>
    <w:p>
      <w:pPr>
        <w:spacing w:after="40"/>
        <w:ind w:left="360"/>
      </w:pPr>
      <w:sdt>
        <w:sdtPr>
          <w:id w:val="8"/>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Something else (tell us in the short answers)</w:t>
      </w:r>
    </w:p>
    <w:p>
      <w:pPr>
        <w:keepNext/>
        <w:spacing w:before="240"/>
      </w:pPr>
      <w:r>
        <w:rPr>
          <w:b/>
          <w:i w:val="0"/>
        </w:rPr>
        <w:t>2. Roughly how much time did you spend on CS 149 outside of class this week?</w:t>
      </w:r>
    </w:p>
    <w:p>
      <w:pPr>
        <w:spacing w:after="40"/>
        <w:ind w:left="360"/>
      </w:pPr>
      <w:sdt>
        <w:sdtPr>
          <w:id w:val="9"/>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Under 1 hour</w:t>
      </w:r>
    </w:p>
    <w:p>
      <w:pPr>
        <w:spacing w:after="40"/>
        <w:ind w:left="360"/>
      </w:pPr>
      <w:sdt>
        <w:sdtPr>
          <w:id w:val="10"/>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1–2 hours</w:t>
      </w:r>
    </w:p>
    <w:p>
      <w:pPr>
        <w:spacing w:after="40"/>
        <w:ind w:left="360"/>
      </w:pPr>
      <w:sdt>
        <w:sdtPr>
          <w:id w:val="11"/>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3–4 hours</w:t>
      </w:r>
    </w:p>
    <w:p>
      <w:pPr>
        <w:spacing w:after="40"/>
        <w:ind w:left="360"/>
      </w:pPr>
      <w:sdt>
        <w:sdtPr>
          <w:id w:val="12"/>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5–6 hours</w:t>
      </w:r>
    </w:p>
    <w:p>
      <w:pPr>
        <w:spacing w:after="40"/>
        <w:ind w:left="360"/>
      </w:pPr>
      <w:sdt>
        <w:sdtPr>
          <w:id w:val="13"/>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7+ hours</w:t>
      </w:r>
    </w:p>
    <w:p>
      <w:pPr>
        <w:keepNext/>
        <w:spacing w:before="240"/>
      </w:pPr>
      <w:r>
        <w:rPr>
          <w:b/>
          <w:i w:val="0"/>
        </w:rPr>
        <w:t>3. Quiz 3 covers loops over lists, ranges, and strings, and dictionaries being filled in. How ready do you feel?</w:t>
      </w:r>
    </w:p>
    <w:p>
      <w:pPr>
        <w:spacing w:after="40"/>
        <w:ind w:left="360"/>
      </w:pPr>
      <w:sdt>
        <w:sdtPr>
          <w:id w:val="14"/>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Ready — I have traced these on paper and checked myself</w:t>
      </w:r>
    </w:p>
    <w:p>
      <w:pPr>
        <w:spacing w:after="40"/>
        <w:ind w:left="360"/>
      </w:pPr>
      <w:sdt>
        <w:sdtPr>
          <w:id w:val="15"/>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Fine with Week 6 loops, less sure about strings or dictionaries</w:t>
      </w:r>
    </w:p>
    <w:p>
      <w:pPr>
        <w:spacing w:after="40"/>
        <w:ind w:left="360"/>
      </w:pPr>
      <w:sdt>
        <w:sdtPr>
          <w:id w:val="16"/>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Fine with strings and dictionaries, less sure about Week 6</w:t>
      </w:r>
    </w:p>
    <w:p>
      <w:pPr>
        <w:spacing w:after="40"/>
        <w:ind w:left="360"/>
      </w:pPr>
      <w:sdt>
        <w:sdtPr>
          <w:id w:val="17"/>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I can write code that works, but I find out what it does by running it</w:t>
      </w:r>
    </w:p>
    <w:p>
      <w:pPr>
        <w:spacing w:after="40"/>
        <w:ind w:left="360"/>
      </w:pPr>
      <w:sdt>
        <w:sdtPr>
          <w:id w:val="18"/>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Not ready, and I know which part is missing</w:t>
      </w:r>
    </w:p>
    <w:p>
      <w:pPr>
        <w:spacing w:after="40"/>
        <w:ind w:left="360"/>
      </w:pPr>
      <w:sdt>
        <w:sdtPr>
          <w:id w:val="19"/>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Not ready, and I am not sure what is missing</w:t>
      </w:r>
    </w:p>
    <w:p>
      <w:pPr>
        <w:keepNext/>
        <w:spacing w:before="240"/>
      </w:pPr>
      <w:r>
        <w:rPr>
          <w:b/>
          <w:i w:val="0"/>
        </w:rPr>
        <w:t>4. How did you test your PA2 before you submitted it?</w:t>
      </w:r>
      <w:r>
        <w:rPr>
          <w:b w:val="0"/>
          <w:i w:val="0"/>
        </w:rPr>
        <w:t xml:space="preserve"> Name two of the tests in your test file and say why you chose each one: what could go wrong that it would catch. Did Gradescope report a planted bug that your tests missed, or a test of yours with a wrong expected value? If so, what did you change?</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5. Give one thing this week that did not do what you expected.</w:t>
      </w:r>
      <w:r>
        <w:rPr>
          <w:b w:val="0"/>
          <w:i w:val="0"/>
        </w:rPr>
        <w:t xml:space="preserve"> It could be a string loop, a dictionary lookup, or a test that failed. Write what you expected, what actually happened, and the rule you were using that turned out to be wrong. The wrong rule is the useful part. Then say which of this week's objectives feels shakiest and what you plan to do about it before Quiz 3.</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6. What is one thing you want gone over in class?</w:t>
      </w:r>
      <w:r>
        <w:rPr>
          <w:b w:val="0"/>
          <w:i w:val="0"/>
        </w:rPr>
        <w:t xml:space="preserve"> Be as specific as you can: "why </w:t>
      </w:r>
      <w:r>
        <w:rPr>
          <w:rFonts w:ascii="Consolas" w:hAnsi="Consolas"/>
          <w:b w:val="0"/>
          <w:i w:val="0"/>
          <w:sz w:val="21"/>
          <w:shd w:val="clear" w:fill="EEEEEE"/>
        </w:rPr>
        <w:t>counts[ch] += 1</w:t>
      </w:r>
      <w:r>
        <w:rPr>
          <w:b w:val="0"/>
          <w:i w:val="0"/>
        </w:rPr>
        <w:t xml:space="preserve"> crashes on a new letter" is useful, and "dictionaries" is not. Answer this even if you feel confident, by naming the kind of question you would least like to see on Quiz 3. Class time gets spent on whatever shows up most often in these answers.</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7. Did you use an AI tool this week, and did it build your understanding or replace it?</w:t>
      </w:r>
      <w:r>
        <w:rPr>
          <w:b w:val="0"/>
          <w:i w:val="0"/>
        </w:rPr>
        <w:t xml:space="preserve"> The honest test for this week: given a short function that loops over a string and fills in a dictionary, could you write the dictionary after every pass on paper, and write three tests for it with expected values you worked out yourself? If a video, article, or tutorial made something click, drop the link and one line on why it helped; we collect these to improve the study menu for future students.</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8. Paste your PA2 code</w:t>
      </w:r>
      <w:r>
        <w:rPr>
          <w:b w:val="0"/>
          <w:i w:val="0"/>
        </w:rPr>
        <w:t>, both the module and your test file. If tracing one of your functions on paper showed you something that running it did not, say what.</w:t>
      </w:r>
    </w:p>
    <w:tbl>
      <w:tblPr>
        <w:tblW w:type="auto" w:w="0"/>
        <w:tblLayout w:type="fixed"/>
        <w:tblLook w:firstColumn="1" w:firstRow="1" w:lastColumn="0" w:lastRow="0" w:noHBand="0" w:noVBand="1" w:val="04A0"/>
      </w:tblPr>
      <w:tblGrid>
        <w:gridCol w:w="9360"/>
      </w:tblGrid>
      <w:tr>
        <w:trPr>
          <w:trHeight w:val="4320" w:hRule="atLeast"/>
        </w:trPr>
        <w:tc>
          <w:tcPr>
            <w:tcW w:type="dxa" w:w="9360"/>
            <w:tcBorders>
              <w:top w:val="single" w:sz="6" w:color="BFBFBF"/>
              <w:left w:val="single" w:sz="6" w:color="BFBFBF"/>
              <w:bottom w:val="single" w:sz="6" w:color="BFBFBF"/>
              <w:right w:val="single" w:sz="6" w:color="BFBFBF"/>
            </w:tcBorders>
          </w:tcPr>
          <w:p>
            <w:pPr>
              <w:spacing w:line="240" w:lineRule="auto" w:before="0" w:after="0"/>
              <w:rPr>
                <w:rFonts w:ascii="Consolas" w:hAnsi="Consolas" w:cs="Consolas"/>
                <w:sz w:val="21"/>
              </w:rPr>
            </w:pPr>
          </w:p>
        </w:tc>
      </w:tr>
    </w:tbl>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