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CS 149 Week 7 Reflection</w:t>
      </w:r>
    </w:p>
    <w:p>
      <w:pPr>
        <w:tabs>
          <w:tab w:pos="4680" w:val="left"/>
        </w:tabs>
      </w:pPr>
      <w:r>
        <w:rPr>
          <w:b/>
          <w:i w:val="0"/>
        </w:rPr>
        <w:t>Name:</w:t>
      </w:r>
      <w:r>
        <w:rPr>
          <w:b w:val="0"/>
          <w:i w:val="0"/>
        </w:rPr>
        <w:tab/>
      </w:r>
      <w:r>
        <w:rPr>
          <w:b/>
          <w:i w:val="0"/>
        </w:rPr>
        <w:t>Date:</w:t>
      </w:r>
    </w:p>
    <w:p>
      <w:r>
        <w:rPr>
          <w:i/>
          <w:color w:val="595959"/>
          <w:sz w:val="20"/>
        </w:rPr>
        <w:t>Click a checkbox to check it, and type your answers in the boxes below.</w:t>
      </w:r>
    </w:p>
    <w:p>
      <w:pPr>
        <w:keepNext/>
        <w:spacing w:before="240"/>
      </w:pPr>
      <w:r>
        <w:rPr>
          <w:b/>
          <w:i w:val="0"/>
        </w:rPr>
        <w:t>1. What did you do this week?</w:t>
      </w:r>
      <w:r>
        <w:rPr>
          <w:b w:val="0"/>
          <w:i w:val="0"/>
        </w:rPr>
        <w:t xml:space="preserve"> (Check all that apply.)</w:t>
      </w:r>
    </w:p>
    <w:p>
      <w:pPr>
        <w:spacing w:after="40"/>
        <w:ind w:left="360"/>
      </w:pPr>
      <w:sdt>
        <w:sdtPr>
          <w:id w:val="1"/>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1. Finished my VS Code setup</w:t>
      </w:r>
    </w:p>
    <w:p>
      <w:pPr>
        <w:spacing w:after="40"/>
        <w:ind w:left="360"/>
      </w:pPr>
      <w:sdt>
        <w:sdtPr>
          <w:id w:val="2"/>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2. Went to TA hours for help with VS Code</w:t>
      </w:r>
    </w:p>
    <w:p>
      <w:pPr>
        <w:spacing w:after="40"/>
        <w:ind w:left="360"/>
      </w:pPr>
      <w:sdt>
        <w:sdtPr>
          <w:id w:val="3"/>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3. Reviewed a question from Quiz 2</w:t>
      </w:r>
    </w:p>
    <w:p>
      <w:pPr>
        <w:spacing w:after="40"/>
        <w:ind w:left="360"/>
      </w:pPr>
      <w:sdt>
        <w:sdtPr>
          <w:id w:val="4"/>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4. Wrote about a problem I'd like to solve</w:t>
      </w:r>
    </w:p>
    <w:p>
      <w:pPr>
        <w:spacing w:after="40"/>
        <w:ind w:left="360"/>
      </w:pPr>
      <w:sdt>
        <w:sdtPr>
          <w:id w:val="5"/>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5. Met with my CS 149 professor</w:t>
      </w:r>
    </w:p>
    <w:p>
      <w:pPr>
        <w:spacing w:after="40"/>
        <w:ind w:left="360"/>
      </w:pPr>
      <w:sdt>
        <w:sdtPr>
          <w:id w:val="6"/>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6. Attended a CS talk, event, or club meeting</w:t>
      </w:r>
    </w:p>
    <w:p>
      <w:pPr>
        <w:spacing w:after="40"/>
        <w:ind w:left="360"/>
      </w:pPr>
      <w:sdt>
        <w:sdtPr>
          <w:id w:val="7"/>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7. Talked with a CS Student Ambassador</w:t>
      </w:r>
    </w:p>
    <w:p>
      <w:pPr>
        <w:spacing w:after="40"/>
        <w:ind w:left="360"/>
      </w:pPr>
      <w:sdt>
        <w:sdtPr>
          <w:id w:val="8"/>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8. Met the CS advisor or explored the CS Advising Canvas site</w:t>
      </w:r>
    </w:p>
    <w:p>
      <w:pPr>
        <w:spacing w:after="40"/>
        <w:ind w:left="360"/>
      </w:pPr>
      <w:sdt>
        <w:sdtPr>
          <w:id w:val="9"/>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9. Did the faculty research scavenger hunt</w:t>
      </w:r>
    </w:p>
    <w:p>
      <w:pPr>
        <w:spacing w:after="40"/>
        <w:ind w:left="360"/>
      </w:pPr>
      <w:sdt>
        <w:sdtPr>
          <w:id w:val="10"/>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Something else (tell us about it in question 3)</w:t>
      </w:r>
    </w:p>
    <w:p>
      <w:pPr>
        <w:keepNext/>
        <w:spacing w:before="240"/>
      </w:pPr>
      <w:r>
        <w:rPr>
          <w:b/>
          <w:i w:val="0"/>
        </w:rPr>
        <w:t>2. Roughly how much time did you spend on CS 149 outside of class this week?</w:t>
      </w:r>
    </w:p>
    <w:p>
      <w:pPr>
        <w:spacing w:after="40"/>
        <w:ind w:left="360"/>
      </w:pPr>
      <w:sdt>
        <w:sdtPr>
          <w:id w:val="11"/>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Under 1 hour</w:t>
      </w:r>
    </w:p>
    <w:p>
      <w:pPr>
        <w:spacing w:after="40"/>
        <w:ind w:left="360"/>
      </w:pPr>
      <w:sdt>
        <w:sdtPr>
          <w:id w:val="12"/>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1–2 hours</w:t>
      </w:r>
    </w:p>
    <w:p>
      <w:pPr>
        <w:spacing w:after="40"/>
        <w:ind w:left="360"/>
      </w:pPr>
      <w:sdt>
        <w:sdtPr>
          <w:id w:val="13"/>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3–4 hours</w:t>
      </w:r>
    </w:p>
    <w:p>
      <w:pPr>
        <w:spacing w:after="40"/>
        <w:ind w:left="360"/>
      </w:pPr>
      <w:sdt>
        <w:sdtPr>
          <w:id w:val="14"/>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5–6 hours</w:t>
      </w:r>
    </w:p>
    <w:p>
      <w:pPr>
        <w:spacing w:after="40"/>
        <w:ind w:left="360"/>
      </w:pPr>
      <w:sdt>
        <w:sdtPr>
          <w:id w:val="15"/>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7+ hours</w:t>
      </w:r>
    </w:p>
    <w:p>
      <w:r>
        <w:rPr>
          <w:b w:val="0"/>
          <w:i w:val="0"/>
        </w:rPr>
        <w:t>For each activity you checked, start a new paragraph with its number and write a few lines. No screenshots or proof needed; specific details are what count. Here's what to include for each one:</w:t>
      </w:r>
    </w:p>
    <w:p>
      <w:pPr>
        <w:pStyle w:val="ListBullet"/>
      </w:pPr>
      <w:r>
        <w:rPr>
          <w:b/>
          <w:i w:val="0"/>
        </w:rPr>
        <w:t>1. VS Code setup:</w:t>
      </w:r>
      <w:r>
        <w:rPr>
          <w:b w:val="0"/>
          <w:i w:val="0"/>
        </w:rPr>
        <w:t xml:space="preserve"> which program you ran in VS Code and what showed up in the terminal, the trickiest step, and how you got past it.</w:t>
      </w:r>
    </w:p>
    <w:p>
      <w:pPr>
        <w:pStyle w:val="ListBullet"/>
      </w:pPr>
      <w:r>
        <w:rPr>
          <w:b/>
          <w:i w:val="0"/>
        </w:rPr>
        <w:t>2. TA hours:</w:t>
      </w:r>
      <w:r>
        <w:rPr>
          <w:b w:val="0"/>
          <w:i w:val="0"/>
        </w:rPr>
        <w:t xml:space="preserve"> when you went, what you asked about, and what you learned.</w:t>
      </w:r>
    </w:p>
    <w:p>
      <w:pPr>
        <w:pStyle w:val="ListBullet"/>
      </w:pPr>
      <w:r>
        <w:rPr>
          <w:b/>
          <w:i w:val="0"/>
        </w:rPr>
        <w:t>3. Quiz 2 review:</w:t>
      </w:r>
      <w:r>
        <w:rPr>
          <w:b w:val="0"/>
          <w:i w:val="0"/>
        </w:rPr>
        <w:t xml:space="preserve"> the question, its correct answer, and two or three sentences on what tripped you up.</w:t>
      </w:r>
    </w:p>
    <w:p>
      <w:pPr>
        <w:pStyle w:val="ListBullet"/>
      </w:pPr>
      <w:r>
        <w:rPr>
          <w:b/>
          <w:i w:val="0"/>
        </w:rPr>
        <w:t>4. Problems I'd like to solve:</w:t>
      </w:r>
      <w:r>
        <w:rPr>
          <w:b w:val="0"/>
          <w:i w:val="0"/>
        </w:rPr>
        <w:t xml:space="preserve"> your 250–400 words on the interest or problem, what a program for it might do, and why it interests you.</w:t>
      </w:r>
    </w:p>
    <w:p>
      <w:pPr>
        <w:pStyle w:val="ListBullet"/>
      </w:pPr>
      <w:r>
        <w:rPr>
          <w:b/>
          <w:i w:val="0"/>
        </w:rPr>
        <w:t>5. Meeting with your professor:</w:t>
      </w:r>
      <w:r>
        <w:rPr>
          <w:b w:val="0"/>
          <w:i w:val="0"/>
        </w:rPr>
        <w:t xml:space="preserve"> what you talked about and one thing you took away.</w:t>
      </w:r>
    </w:p>
    <w:p>
      <w:pPr>
        <w:pStyle w:val="ListBullet"/>
      </w:pPr>
      <w:r>
        <w:rPr>
          <w:b/>
          <w:i w:val="0"/>
        </w:rPr>
        <w:t>6. CS talk, event, or club meeting:</w:t>
      </w:r>
      <w:r>
        <w:rPr>
          <w:b w:val="0"/>
          <w:i w:val="0"/>
        </w:rPr>
        <w:t xml:space="preserve"> what you attended, one thing you learned, and one question it raised.</w:t>
      </w:r>
    </w:p>
    <w:p>
      <w:pPr>
        <w:pStyle w:val="ListBullet"/>
      </w:pPr>
      <w:r>
        <w:rPr>
          <w:b/>
          <w:i w:val="0"/>
        </w:rPr>
        <w:t>7. Student Ambassador:</w:t>
      </w:r>
      <w:r>
        <w:rPr>
          <w:b w:val="0"/>
          <w:i w:val="0"/>
        </w:rPr>
        <w:t xml:space="preserve"> who you talked with, your three questions and what you learned from the answers.</w:t>
      </w:r>
    </w:p>
    <w:p>
      <w:pPr>
        <w:pStyle w:val="ListBullet"/>
      </w:pPr>
      <w:r>
        <w:rPr>
          <w:b/>
          <w:i w:val="0"/>
        </w:rPr>
        <w:t>8. Advising:</w:t>
      </w:r>
      <w:r>
        <w:rPr>
          <w:b w:val="0"/>
          <w:i w:val="0"/>
        </w:rPr>
        <w:t xml:space="preserve"> whether you met the advisor or used the Canvas site, your rough plan for next semester and one thing about the major you didn't know before.</w:t>
      </w:r>
    </w:p>
    <w:p>
      <w:pPr>
        <w:pStyle w:val="ListBullet"/>
      </w:pPr>
      <w:r>
        <w:rPr>
          <w:b/>
          <w:i w:val="0"/>
        </w:rPr>
        <w:t>9. Faculty research:</w:t>
      </w:r>
      <w:r>
        <w:rPr>
          <w:b w:val="0"/>
          <w:i w:val="0"/>
        </w:rPr>
        <w:t xml:space="preserve"> two faculty members, what each researches, and which interests you most and why.</w:t>
      </w:r>
    </w:p>
    <w:p>
      <w:pPr>
        <w:keepNext/>
        <w:spacing w:before="240"/>
      </w:pPr>
      <w:r>
        <w:rPr>
          <w:b/>
          <w:i w:val="0"/>
        </w:rPr>
        <w:t>3. Tell us about the activities you completed.</w:t>
      </w:r>
      <w:r>
        <w:rPr>
          <w:b w:val="0"/>
          <w:i w:val="0"/>
        </w:rPr>
        <w:t xml:space="preserve"> Write a few lines on each one you checked in question 1, using the list above as a guide.</w:t>
      </w:r>
    </w:p>
    <w:tbl>
      <w:tblPr>
        <w:tblW w:type="auto" w:w="0"/>
        <w:tblLayout w:type="fixed"/>
        <w:tblLook w:firstColumn="1" w:firstRow="1" w:lastColumn="0" w:lastRow="0" w:noHBand="0" w:noVBand="1" w:val="04A0"/>
      </w:tblPr>
      <w:tblGrid>
        <w:gridCol w:w="9360"/>
      </w:tblGrid>
      <w:tr>
        <w:trPr>
          <w:trHeight w:val="8640" w:hRule="atLeast"/>
        </w:trPr>
        <w:tc>
          <w:tcPr>
            <w:tcW w:type="dxa" w:w="9360"/>
            <w:tcBorders>
              <w:top w:val="single" w:sz="6" w:color="BFBFBF"/>
              <w:left w:val="single" w:sz="6" w:color="BFBFBF"/>
              <w:bottom w:val="single" w:sz="6" w:color="BFBFBF"/>
              <w:right w:val="single" w:sz="6" w:color="BFBFBF"/>
            </w:tcBorders>
          </w:tcPr>
          <w:p/>
        </w:tc>
      </w:tr>
    </w:tbl>
    <w:p/>
    <w:p>
      <w:pPr>
        <w:keepNext/>
        <w:spacing w:before="240"/>
      </w:pPr>
      <w:r>
        <w:rPr>
          <w:b/>
          <w:i w:val="0"/>
        </w:rPr>
        <w:t>4. How is your semester going?</w:t>
      </w:r>
      <w:r>
        <w:rPr>
          <w:b w:val="0"/>
          <w:i w:val="0"/>
        </w:rPr>
        <w:t xml:space="preserve"> Think about CS 149 and beyond: classes, routines, the transition to college, anything. What's one thing that's going well, that you want to keep doing? What's one thing you'd like to change for the second half? And is there anything you'd like your instructor to know, or any way we can help? Everything you write here is read with care.</w:t>
      </w:r>
    </w:p>
    <w:tbl>
      <w:tblPr>
        <w:tblW w:type="auto" w:w="0"/>
        <w:tblLayout w:type="fixed"/>
        <w:tblLook w:firstColumn="1" w:firstRow="1" w:lastColumn="0" w:lastRow="0" w:noHBand="0" w:noVBand="1" w:val="04A0"/>
      </w:tblPr>
      <w:tblGrid>
        <w:gridCol w:w="9360"/>
      </w:tblGrid>
      <w:tr>
        <w:trPr>
          <w:trHeight w:val="2160" w:hRule="atLeast"/>
        </w:trPr>
        <w:tc>
          <w:tcPr>
            <w:tcW w:type="dxa" w:w="9360"/>
            <w:tcBorders>
              <w:top w:val="single" w:sz="6" w:color="BFBFBF"/>
              <w:left w:val="single" w:sz="6" w:color="BFBFBF"/>
              <w:bottom w:val="single" w:sz="6" w:color="BFBFBF"/>
              <w:right w:val="single" w:sz="6" w:color="BFBFBF"/>
            </w:tcBorders>
          </w:tcPr>
          <w:p/>
        </w:tc>
      </w:tr>
    </w:tbl>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