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CS 149 Week 6 Reflection</w:t>
      </w:r>
    </w:p>
    <w:p>
      <w:pPr>
        <w:tabs>
          <w:tab w:pos="4680" w:val="left"/>
        </w:tabs>
      </w:pPr>
      <w:r>
        <w:rPr>
          <w:b/>
          <w:i w:val="0"/>
        </w:rPr>
        <w:t>Name:</w:t>
      </w:r>
      <w:r>
        <w:rPr>
          <w:b w:val="0"/>
          <w:i w:val="0"/>
        </w:rPr>
        <w:tab/>
      </w:r>
      <w:r>
        <w:rPr>
          <w:b/>
          <w:i w:val="0"/>
        </w:rPr>
        <w:t>Date:</w:t>
      </w:r>
    </w:p>
    <w:p>
      <w:r>
        <w:rPr>
          <w:i/>
          <w:color w:val="595959"/>
          <w:sz w:val="20"/>
        </w:rPr>
        <w:t>Click a checkbox to check it, and type your answers in the boxes below.</w:t>
      </w:r>
    </w:p>
    <w:p>
      <w:pPr>
        <w:keepNext/>
        <w:spacing w:before="240"/>
      </w:pPr>
      <w:r>
        <w:rPr>
          <w:b/>
          <w:i w:val="0"/>
        </w:rPr>
        <w:t>1. What did you do this week?</w:t>
      </w:r>
      <w:r>
        <w:rPr>
          <w:b w:val="0"/>
          <w:i w:val="0"/>
        </w:rPr>
        <w:t xml:space="preserve"> (Check all that apply.)</w:t>
      </w:r>
    </w:p>
    <w:p>
      <w:pPr>
        <w:spacing w:after="40"/>
        <w:ind w:left="360"/>
      </w:pPr>
      <w:sdt>
        <w:sdtPr>
          <w:id w:val="1"/>
          <w14:checkbox>
            <w14:checked w14:val="0"/>
            <w14:checkedState w14:val="2612" w14:font="MS Gothic"/>
            <w14:uncheckedState w14:val="2610" w14:font="MS Gothic"/>
          </w14:checkbox>
        </w:sdtPr>
        <w:sdtContent>
          <w:r>
            <w:rPr>
              <w:rFonts w:ascii="MS Gothic" w:hAnsi="MS Gothic" w:eastAsia="MS Gothic"/>
            </w:rPr>
            <w:t>☐</w:t>
          </w:r>
        </w:sdtContent>
      </w:sdt>
      <w:r>
        <w:t xml:space="preserve">  </w:t>
      </w:r>
      <w:r>
        <w:rPr>
          <w:b w:val="0"/>
          <w:i w:val="0"/>
        </w:rPr>
        <w:t>Read the sections listed for one or more of the textbooks</w:t>
      </w:r>
    </w:p>
    <w:p>
      <w:pPr>
        <w:spacing w:after="40"/>
        <w:ind w:left="360"/>
      </w:pPr>
      <w:sdt>
        <w:sdtPr>
          <w:id w:val="2"/>
          <w14:checkbox>
            <w14:checked w14:val="0"/>
            <w14:checkedState w14:val="2612" w14:font="MS Gothic"/>
            <w14:uncheckedState w14:val="2610" w14:font="MS Gothic"/>
          </w14:checkbox>
        </w:sdtPr>
        <w:sdtContent>
          <w:r>
            <w:rPr>
              <w:rFonts w:ascii="MS Gothic" w:hAnsi="MS Gothic" w:eastAsia="MS Gothic"/>
            </w:rPr>
            <w:t>☐</w:t>
          </w:r>
        </w:sdtContent>
      </w:sdt>
      <w:r>
        <w:t xml:space="preserve">  </w:t>
      </w:r>
      <w:r>
        <w:rPr>
          <w:b w:val="0"/>
          <w:i w:val="0"/>
        </w:rPr>
        <w:t xml:space="preserve">Filled in the </w:t>
      </w:r>
      <w:r>
        <w:rPr>
          <w:rFonts w:ascii="Consolas" w:hAnsi="Consolas"/>
          <w:b w:val="0"/>
          <w:i w:val="0"/>
          <w:sz w:val="21"/>
          <w:shd w:val="clear" w:fill="EEEEEE"/>
        </w:rPr>
        <w:t>range()</w:t>
      </w:r>
      <w:r>
        <w:rPr>
          <w:b w:val="0"/>
          <w:i w:val="0"/>
        </w:rPr>
        <w:t xml:space="preserve"> table on paper, then checked it in the Shell</w:t>
      </w:r>
    </w:p>
    <w:p>
      <w:pPr>
        <w:spacing w:after="40"/>
        <w:ind w:left="360"/>
      </w:pPr>
      <w:sdt>
        <w:sdtPr>
          <w:id w:val="3"/>
          <w14:checkbox>
            <w14:checked w14:val="0"/>
            <w14:checkedState w14:val="2612" w14:font="MS Gothic"/>
            <w14:uncheckedState w14:val="2610" w14:font="MS Gothic"/>
          </w14:checkbox>
        </w:sdtPr>
        <w:sdtContent>
          <w:r>
            <w:rPr>
              <w:rFonts w:ascii="MS Gothic" w:hAnsi="MS Gothic" w:eastAsia="MS Gothic"/>
            </w:rPr>
            <w:t>☐</w:t>
          </w:r>
        </w:sdtContent>
      </w:sdt>
      <w:r>
        <w:t xml:space="preserve">  </w:t>
      </w:r>
      <w:r>
        <w:rPr>
          <w:b w:val="0"/>
          <w:i w:val="0"/>
        </w:rPr>
        <w:t>Filled in the list-changes table on paper, then checked it in the Shell</w:t>
      </w:r>
    </w:p>
    <w:p>
      <w:pPr>
        <w:spacing w:after="40"/>
        <w:ind w:left="360"/>
      </w:pPr>
      <w:sdt>
        <w:sdtPr>
          <w:id w:val="4"/>
          <w14:checkbox>
            <w14:checked w14:val="0"/>
            <w14:checkedState w14:val="2612" w14:font="MS Gothic"/>
            <w14:uncheckedState w14:val="2610" w14:font="MS Gothic"/>
          </w14:checkbox>
        </w:sdtPr>
        <w:sdtContent>
          <w:r>
            <w:rPr>
              <w:rFonts w:ascii="MS Gothic" w:hAnsi="MS Gothic" w:eastAsia="MS Gothic"/>
            </w:rPr>
            <w:t>☐</w:t>
          </w:r>
        </w:sdtContent>
      </w:sdt>
      <w:r>
        <w:t xml:space="preserve">  </w:t>
      </w:r>
      <w:r>
        <w:rPr>
          <w:b w:val="0"/>
          <w:i w:val="0"/>
        </w:rPr>
        <w:t>Traced a loop by hand, one row per pass, and checked it with the debugger</w:t>
      </w:r>
    </w:p>
    <w:p>
      <w:pPr>
        <w:spacing w:after="40"/>
        <w:ind w:left="360"/>
      </w:pPr>
      <w:sdt>
        <w:sdtPr>
          <w:id w:val="5"/>
          <w14:checkbox>
            <w14:checked w14:val="0"/>
            <w14:checkedState w14:val="2612" w14:font="MS Gothic"/>
            <w14:uncheckedState w14:val="2610" w14:font="MS Gothic"/>
          </w14:checkbox>
        </w:sdtPr>
        <w:sdtContent>
          <w:r>
            <w:rPr>
              <w:rFonts w:ascii="MS Gothic" w:hAnsi="MS Gothic" w:eastAsia="MS Gothic"/>
            </w:rPr>
            <w:t>☐</w:t>
          </w:r>
        </w:sdtContent>
      </w:sdt>
      <w:r>
        <w:t xml:space="preserve">  </w:t>
      </w:r>
      <w:r>
        <w:rPr>
          <w:b w:val="0"/>
          <w:i w:val="0"/>
        </w:rPr>
        <w:t>Rewrote loops over values as loops over indexes, or the other way round</w:t>
      </w:r>
    </w:p>
    <w:p>
      <w:pPr>
        <w:spacing w:after="40"/>
        <w:ind w:left="360"/>
      </w:pPr>
      <w:sdt>
        <w:sdtPr>
          <w:id w:val="6"/>
          <w14:checkbox>
            <w14:checked w14:val="0"/>
            <w14:checkedState w14:val="2612" w14:font="MS Gothic"/>
            <w14:uncheckedState w14:val="2610" w14:font="MS Gothic"/>
          </w14:checkbox>
        </w:sdtPr>
        <w:sdtContent>
          <w:r>
            <w:rPr>
              <w:rFonts w:ascii="MS Gothic" w:hAnsi="MS Gothic" w:eastAsia="MS Gothic"/>
            </w:rPr>
            <w:t>☐</w:t>
          </w:r>
        </w:sdtContent>
      </w:sdt>
      <w:r>
        <w:t xml:space="preserve">  </w:t>
      </w:r>
      <w:r>
        <w:rPr>
          <w:b w:val="0"/>
          <w:i w:val="0"/>
        </w:rPr>
        <w:t>Broke programs deliberately and predicted the result first</w:t>
      </w:r>
    </w:p>
    <w:p>
      <w:pPr>
        <w:spacing w:after="40"/>
        <w:ind w:left="360"/>
      </w:pPr>
      <w:sdt>
        <w:sdtPr>
          <w:id w:val="7"/>
          <w14:checkbox>
            <w14:checked w14:val="0"/>
            <w14:checkedState w14:val="2612" w14:font="MS Gothic"/>
            <w14:uncheckedState w14:val="2610" w14:font="MS Gothic"/>
          </w14:checkbox>
        </w:sdtPr>
        <w:sdtContent>
          <w:r>
            <w:rPr>
              <w:rFonts w:ascii="MS Gothic" w:hAnsi="MS Gothic" w:eastAsia="MS Gothic"/>
            </w:rPr>
            <w:t>☐</w:t>
          </w:r>
        </w:sdtContent>
      </w:sdt>
      <w:r>
        <w:t xml:space="preserve">  </w:t>
      </w:r>
      <w:r>
        <w:rPr>
          <w:b w:val="0"/>
          <w:i w:val="0"/>
        </w:rPr>
        <w:t>Wrote programs from the practice page</w:t>
      </w:r>
    </w:p>
    <w:p>
      <w:pPr>
        <w:spacing w:after="40"/>
        <w:ind w:left="360"/>
      </w:pPr>
      <w:sdt>
        <w:sdtPr>
          <w:id w:val="8"/>
          <w14:checkbox>
            <w14:checked w14:val="0"/>
            <w14:checkedState w14:val="2612" w14:font="MS Gothic"/>
            <w14:uncheckedState w14:val="2610" w14:font="MS Gothic"/>
          </w14:checkbox>
        </w:sdtPr>
        <w:sdtContent>
          <w:r>
            <w:rPr>
              <w:rFonts w:ascii="MS Gothic" w:hAnsi="MS Gothic" w:eastAsia="MS Gothic"/>
            </w:rPr>
            <w:t>☐</w:t>
          </w:r>
        </w:sdtContent>
      </w:sdt>
      <w:r>
        <w:t xml:space="preserve">  </w:t>
      </w:r>
      <w:r>
        <w:rPr>
          <w:b w:val="0"/>
          <w:i w:val="0"/>
        </w:rPr>
        <w:t>Asked an AI tutor to drill me with tracing problems</w:t>
      </w:r>
    </w:p>
    <w:p>
      <w:pPr>
        <w:spacing w:after="40"/>
        <w:ind w:left="360"/>
      </w:pPr>
      <w:sdt>
        <w:sdtPr>
          <w:id w:val="9"/>
          <w14:checkbox>
            <w14:checked w14:val="0"/>
            <w14:checkedState w14:val="2612" w14:font="MS Gothic"/>
            <w14:uncheckedState w14:val="2610" w14:font="MS Gothic"/>
          </w14:checkbox>
        </w:sdtPr>
        <w:sdtContent>
          <w:r>
            <w:rPr>
              <w:rFonts w:ascii="MS Gothic" w:hAnsi="MS Gothic" w:eastAsia="MS Gothic"/>
            </w:rPr>
            <w:t>☐</w:t>
          </w:r>
        </w:sdtContent>
      </w:sdt>
      <w:r>
        <w:t xml:space="preserve">  </w:t>
      </w:r>
      <w:r>
        <w:rPr>
          <w:b w:val="0"/>
          <w:i w:val="0"/>
        </w:rPr>
        <w:t>Something else (tell us in the short answers)</w:t>
      </w:r>
    </w:p>
    <w:p>
      <w:pPr>
        <w:keepNext/>
        <w:spacing w:before="240"/>
      </w:pPr>
      <w:r>
        <w:rPr>
          <w:b/>
          <w:i w:val="0"/>
        </w:rPr>
        <w:t>2. Roughly how much time did you spend on CS 149 outside of class this week?</w:t>
      </w:r>
    </w:p>
    <w:p>
      <w:pPr>
        <w:spacing w:after="40"/>
        <w:ind w:left="360"/>
      </w:pPr>
      <w:sdt>
        <w:sdtPr>
          <w:id w:val="10"/>
          <w14:checkbox>
            <w14:checked w14:val="0"/>
            <w14:checkedState w14:val="2612" w14:font="MS Gothic"/>
            <w14:uncheckedState w14:val="2610" w14:font="MS Gothic"/>
          </w14:checkbox>
        </w:sdtPr>
        <w:sdtContent>
          <w:r>
            <w:rPr>
              <w:rFonts w:ascii="MS Gothic" w:hAnsi="MS Gothic" w:eastAsia="MS Gothic"/>
            </w:rPr>
            <w:t>☐</w:t>
          </w:r>
        </w:sdtContent>
      </w:sdt>
      <w:r>
        <w:t xml:space="preserve">  </w:t>
      </w:r>
      <w:r>
        <w:rPr>
          <w:b w:val="0"/>
          <w:i w:val="0"/>
        </w:rPr>
        <w:t>Under 1 hour</w:t>
      </w:r>
    </w:p>
    <w:p>
      <w:pPr>
        <w:spacing w:after="40"/>
        <w:ind w:left="360"/>
      </w:pPr>
      <w:sdt>
        <w:sdtPr>
          <w:id w:val="11"/>
          <w14:checkbox>
            <w14:checked w14:val="0"/>
            <w14:checkedState w14:val="2612" w14:font="MS Gothic"/>
            <w14:uncheckedState w14:val="2610" w14:font="MS Gothic"/>
          </w14:checkbox>
        </w:sdtPr>
        <w:sdtContent>
          <w:r>
            <w:rPr>
              <w:rFonts w:ascii="MS Gothic" w:hAnsi="MS Gothic" w:eastAsia="MS Gothic"/>
            </w:rPr>
            <w:t>☐</w:t>
          </w:r>
        </w:sdtContent>
      </w:sdt>
      <w:r>
        <w:t xml:space="preserve">  </w:t>
      </w:r>
      <w:r>
        <w:rPr>
          <w:b w:val="0"/>
          <w:i w:val="0"/>
        </w:rPr>
        <w:t>1–2 hours</w:t>
      </w:r>
    </w:p>
    <w:p>
      <w:pPr>
        <w:spacing w:after="40"/>
        <w:ind w:left="360"/>
      </w:pPr>
      <w:sdt>
        <w:sdtPr>
          <w:id w:val="12"/>
          <w14:checkbox>
            <w14:checked w14:val="0"/>
            <w14:checkedState w14:val="2612" w14:font="MS Gothic"/>
            <w14:uncheckedState w14:val="2610" w14:font="MS Gothic"/>
          </w14:checkbox>
        </w:sdtPr>
        <w:sdtContent>
          <w:r>
            <w:rPr>
              <w:rFonts w:ascii="MS Gothic" w:hAnsi="MS Gothic" w:eastAsia="MS Gothic"/>
            </w:rPr>
            <w:t>☐</w:t>
          </w:r>
        </w:sdtContent>
      </w:sdt>
      <w:r>
        <w:t xml:space="preserve">  </w:t>
      </w:r>
      <w:r>
        <w:rPr>
          <w:b w:val="0"/>
          <w:i w:val="0"/>
        </w:rPr>
        <w:t>3–4 hours</w:t>
      </w:r>
    </w:p>
    <w:p>
      <w:pPr>
        <w:spacing w:after="40"/>
        <w:ind w:left="360"/>
      </w:pPr>
      <w:sdt>
        <w:sdtPr>
          <w:id w:val="13"/>
          <w14:checkbox>
            <w14:checked w14:val="0"/>
            <w14:checkedState w14:val="2612" w14:font="MS Gothic"/>
            <w14:uncheckedState w14:val="2610" w14:font="MS Gothic"/>
          </w14:checkbox>
        </w:sdtPr>
        <w:sdtContent>
          <w:r>
            <w:rPr>
              <w:rFonts w:ascii="MS Gothic" w:hAnsi="MS Gothic" w:eastAsia="MS Gothic"/>
            </w:rPr>
            <w:t>☐</w:t>
          </w:r>
        </w:sdtContent>
      </w:sdt>
      <w:r>
        <w:t xml:space="preserve">  </w:t>
      </w:r>
      <w:r>
        <w:rPr>
          <w:b w:val="0"/>
          <w:i w:val="0"/>
        </w:rPr>
        <w:t>5–6 hours</w:t>
      </w:r>
    </w:p>
    <w:p>
      <w:pPr>
        <w:spacing w:after="40"/>
        <w:ind w:left="360"/>
      </w:pPr>
      <w:sdt>
        <w:sdtPr>
          <w:id w:val="14"/>
          <w14:checkbox>
            <w14:checked w14:val="0"/>
            <w14:checkedState w14:val="2612" w14:font="MS Gothic"/>
            <w14:uncheckedState w14:val="2610" w14:font="MS Gothic"/>
          </w14:checkbox>
        </w:sdtPr>
        <w:sdtContent>
          <w:r>
            <w:rPr>
              <w:rFonts w:ascii="MS Gothic" w:hAnsi="MS Gothic" w:eastAsia="MS Gothic"/>
            </w:rPr>
            <w:t>☐</w:t>
          </w:r>
        </w:sdtContent>
      </w:sdt>
      <w:r>
        <w:t xml:space="preserve">  </w:t>
      </w:r>
      <w:r>
        <w:rPr>
          <w:b w:val="0"/>
          <w:i w:val="0"/>
        </w:rPr>
        <w:t>7+ hours</w:t>
      </w:r>
    </w:p>
    <w:p>
      <w:pPr>
        <w:keepNext/>
        <w:spacing w:before="240"/>
      </w:pPr>
      <w:r>
        <w:rPr>
          <w:b/>
          <w:i w:val="0"/>
        </w:rPr>
        <w:t>3. Quiz 3 will hand you a loop on paper. How confident are you that you could say how many times it runs and what it prints, without a computer?</w:t>
      </w:r>
    </w:p>
    <w:p>
      <w:pPr>
        <w:spacing w:after="40"/>
        <w:ind w:left="360"/>
      </w:pPr>
      <w:sdt>
        <w:sdtPr>
          <w:id w:val="15"/>
          <w14:checkbox>
            <w14:checked w14:val="0"/>
            <w14:checkedState w14:val="2612" w14:font="MS Gothic"/>
            <w14:uncheckedState w14:val="2610" w14:font="MS Gothic"/>
          </w14:checkbox>
        </w:sdtPr>
        <w:sdtContent>
          <w:r>
            <w:rPr>
              <w:rFonts w:ascii="MS Gothic" w:hAnsi="MS Gothic" w:eastAsia="MS Gothic"/>
            </w:rPr>
            <w:t>☐</w:t>
          </w:r>
        </w:sdtContent>
      </w:sdt>
      <w:r>
        <w:t xml:space="preserve">  </w:t>
      </w:r>
      <w:r>
        <w:rPr>
          <w:b w:val="0"/>
          <w:i w:val="0"/>
        </w:rPr>
        <w:t>Confident — I have traced loops on paper and checked myself</w:t>
      </w:r>
    </w:p>
    <w:p>
      <w:pPr>
        <w:spacing w:after="40"/>
        <w:ind w:left="360"/>
      </w:pPr>
      <w:sdt>
        <w:sdtPr>
          <w:id w:val="16"/>
          <w14:checkbox>
            <w14:checked w14:val="0"/>
            <w14:checkedState w14:val="2612" w14:font="MS Gothic"/>
            <w14:uncheckedState w14:val="2610" w14:font="MS Gothic"/>
          </w14:checkbox>
        </w:sdtPr>
        <w:sdtContent>
          <w:r>
            <w:rPr>
              <w:rFonts w:ascii="MS Gothic" w:hAnsi="MS Gothic" w:eastAsia="MS Gothic"/>
            </w:rPr>
            <w:t>☐</w:t>
          </w:r>
        </w:sdtContent>
      </w:sdt>
      <w:r>
        <w:t xml:space="preserve">  </w:t>
      </w:r>
      <w:r>
        <w:rPr>
          <w:b w:val="0"/>
          <w:i w:val="0"/>
        </w:rPr>
        <w:t xml:space="preserve">Fine with simple loops, less sure with </w:t>
      </w:r>
      <w:r>
        <w:rPr>
          <w:rFonts w:ascii="Consolas" w:hAnsi="Consolas"/>
          <w:b w:val="0"/>
          <w:i w:val="0"/>
          <w:sz w:val="21"/>
          <w:shd w:val="clear" w:fill="EEEEEE"/>
        </w:rPr>
        <w:t>range()</w:t>
      </w:r>
      <w:r>
        <w:rPr>
          <w:b w:val="0"/>
          <w:i w:val="0"/>
        </w:rPr>
        <w:t xml:space="preserve"> steps or a list that changes</w:t>
      </w:r>
    </w:p>
    <w:p>
      <w:pPr>
        <w:spacing w:after="40"/>
        <w:ind w:left="360"/>
      </w:pPr>
      <w:sdt>
        <w:sdtPr>
          <w:id w:val="17"/>
          <w14:checkbox>
            <w14:checked w14:val="0"/>
            <w14:checkedState w14:val="2612" w14:font="MS Gothic"/>
            <w14:uncheckedState w14:val="2610" w14:font="MS Gothic"/>
          </w14:checkbox>
        </w:sdtPr>
        <w:sdtContent>
          <w:r>
            <w:rPr>
              <w:rFonts w:ascii="MS Gothic" w:hAnsi="MS Gothic" w:eastAsia="MS Gothic"/>
            </w:rPr>
            <w:t>☐</w:t>
          </w:r>
        </w:sdtContent>
      </w:sdt>
      <w:r>
        <w:t xml:space="preserve">  </w:t>
      </w:r>
      <w:r>
        <w:rPr>
          <w:b w:val="0"/>
          <w:i w:val="0"/>
        </w:rPr>
        <w:t>I can write loops that work, but I usually find out what they do by running them</w:t>
      </w:r>
    </w:p>
    <w:p>
      <w:pPr>
        <w:spacing w:after="40"/>
        <w:ind w:left="360"/>
      </w:pPr>
      <w:sdt>
        <w:sdtPr>
          <w:id w:val="18"/>
          <w14:checkbox>
            <w14:checked w14:val="0"/>
            <w14:checkedState w14:val="2612" w14:font="MS Gothic"/>
            <w14:uncheckedState w14:val="2610" w14:font="MS Gothic"/>
          </w14:checkbox>
        </w:sdtPr>
        <w:sdtContent>
          <w:r>
            <w:rPr>
              <w:rFonts w:ascii="MS Gothic" w:hAnsi="MS Gothic" w:eastAsia="MS Gothic"/>
            </w:rPr>
            <w:t>☐</w:t>
          </w:r>
        </w:sdtContent>
      </w:sdt>
      <w:r>
        <w:t xml:space="preserve">  </w:t>
      </w:r>
      <w:r>
        <w:rPr>
          <w:b w:val="0"/>
          <w:i w:val="0"/>
        </w:rPr>
        <w:t>Not confident, and I know which part is missing</w:t>
      </w:r>
    </w:p>
    <w:p>
      <w:pPr>
        <w:spacing w:after="40"/>
        <w:ind w:left="360"/>
      </w:pPr>
      <w:sdt>
        <w:sdtPr>
          <w:id w:val="19"/>
          <w14:checkbox>
            <w14:checked w14:val="0"/>
            <w14:checkedState w14:val="2612" w14:font="MS Gothic"/>
            <w14:uncheckedState w14:val="2610" w14:font="MS Gothic"/>
          </w14:checkbox>
        </w:sdtPr>
        <w:sdtContent>
          <w:r>
            <w:rPr>
              <w:rFonts w:ascii="MS Gothic" w:hAnsi="MS Gothic" w:eastAsia="MS Gothic"/>
            </w:rPr>
            <w:t>☐</w:t>
          </w:r>
        </w:sdtContent>
      </w:sdt>
      <w:r>
        <w:t xml:space="preserve">  </w:t>
      </w:r>
      <w:r>
        <w:rPr>
          <w:b w:val="0"/>
          <w:i w:val="0"/>
        </w:rPr>
        <w:t>Not confident, and I am not sure what is missing</w:t>
      </w:r>
    </w:p>
    <w:p>
      <w:pPr>
        <w:keepNext/>
        <w:spacing w:before="240"/>
      </w:pPr>
      <w:r>
        <w:rPr>
          <w:b/>
          <w:i w:val="0"/>
        </w:rPr>
        <w:t>4. You have now taken one paper quiz and one computer quiz. What did Quiz 2 show you about how you prepared?</w:t>
      </w:r>
      <w:r>
        <w:rPr>
          <w:b w:val="0"/>
          <w:i w:val="0"/>
        </w:rPr>
        <w:t xml:space="preserve"> Name one thing you did before Quiz 2 that paid off in the room, and one thing that cost you time or points — a missing </w:t>
      </w:r>
      <w:r>
        <w:rPr>
          <w:rFonts w:ascii="Consolas" w:hAnsi="Consolas"/>
          <w:b w:val="0"/>
          <w:i w:val="0"/>
          <w:sz w:val="21"/>
          <w:shd w:val="clear" w:fill="EEEEEE"/>
        </w:rPr>
        <w:t>return</w:t>
      </w:r>
      <w:r>
        <w:rPr>
          <w:b w:val="0"/>
          <w:i w:val="0"/>
        </w:rPr>
        <w:t xml:space="preserve">, a </w:t>
      </w:r>
      <w:r>
        <w:rPr>
          <w:rFonts w:ascii="Consolas" w:hAnsi="Consolas"/>
          <w:b w:val="0"/>
          <w:i w:val="0"/>
          <w:sz w:val="21"/>
          <w:shd w:val="clear" w:fill="EEEEEE"/>
        </w:rPr>
        <w:t>ruff</w:t>
      </w:r>
      <w:r>
        <w:rPr>
          <w:b w:val="0"/>
          <w:i w:val="0"/>
        </w:rPr>
        <w:t xml:space="preserve"> violation found late, a function you started before you knew what it should return. Then say what you will do differently to prepare for Quiz 3, keeping in mind that it is back on paper.</w:t>
      </w:r>
    </w:p>
    <w:tbl>
      <w:tblPr>
        <w:tblW w:type="auto" w:w="0"/>
        <w:tblLayout w:type="fixed"/>
        <w:tblLook w:firstColumn="1" w:firstRow="1" w:lastColumn="0" w:lastRow="0" w:noHBand="0" w:noVBand="1" w:val="04A0"/>
      </w:tblPr>
      <w:tblGrid>
        <w:gridCol w:w="9360"/>
      </w:tblGrid>
      <w:tr>
        <w:trPr>
          <w:trHeight w:val="2160" w:hRule="atLeast"/>
        </w:trPr>
        <w:tc>
          <w:tcPr>
            <w:tcW w:type="dxa" w:w="9360"/>
            <w:tcBorders>
              <w:top w:val="single" w:sz="6" w:color="BFBFBF"/>
              <w:left w:val="single" w:sz="6" w:color="BFBFBF"/>
              <w:bottom w:val="single" w:sz="6" w:color="BFBFBF"/>
              <w:right w:val="single" w:sz="6" w:color="BFBFBF"/>
            </w:tcBorders>
          </w:tcPr>
          <w:p/>
        </w:tc>
      </w:tr>
    </w:tbl>
    <w:p/>
    <w:p>
      <w:pPr>
        <w:keepNext/>
        <w:spacing w:before="240"/>
      </w:pPr>
      <w:r>
        <w:rPr>
          <w:b/>
          <w:i w:val="0"/>
        </w:rPr>
        <w:t>5. Give one loop this week that did not do what you expected.</w:t>
      </w:r>
      <w:r>
        <w:rPr>
          <w:b w:val="0"/>
          <w:i w:val="0"/>
        </w:rPr>
        <w:t xml:space="preserve"> Write what you expected, what actually happened, and the rule you were using that turned out to be wrong — about where </w:t>
      </w:r>
      <w:r>
        <w:rPr>
          <w:rFonts w:ascii="Consolas" w:hAnsi="Consolas"/>
          <w:b w:val="0"/>
          <w:i w:val="0"/>
          <w:sz w:val="21"/>
          <w:shd w:val="clear" w:fill="EEEEEE"/>
        </w:rPr>
        <w:t>range</w:t>
      </w:r>
      <w:r>
        <w:rPr>
          <w:b w:val="0"/>
          <w:i w:val="0"/>
        </w:rPr>
        <w:t xml:space="preserve"> stops, about what a list method hands back, about where an accumulator is initialized, or about which line was inside the loop. The wrong rule is the useful part. Then say which of this week's objectives feels shakiest and what you plan to do about it.</w:t>
      </w:r>
    </w:p>
    <w:tbl>
      <w:tblPr>
        <w:tblW w:type="auto" w:w="0"/>
        <w:tblLayout w:type="fixed"/>
        <w:tblLook w:firstColumn="1" w:firstRow="1" w:lastColumn="0" w:lastRow="0" w:noHBand="0" w:noVBand="1" w:val="04A0"/>
      </w:tblPr>
      <w:tblGrid>
        <w:gridCol w:w="9360"/>
      </w:tblGrid>
      <w:tr>
        <w:trPr>
          <w:trHeight w:val="2160" w:hRule="atLeast"/>
        </w:trPr>
        <w:tc>
          <w:tcPr>
            <w:tcW w:type="dxa" w:w="9360"/>
            <w:tcBorders>
              <w:top w:val="single" w:sz="6" w:color="BFBFBF"/>
              <w:left w:val="single" w:sz="6" w:color="BFBFBF"/>
              <w:bottom w:val="single" w:sz="6" w:color="BFBFBF"/>
              <w:right w:val="single" w:sz="6" w:color="BFBFBF"/>
            </w:tcBorders>
          </w:tcPr>
          <w:p/>
        </w:tc>
      </w:tr>
    </w:tbl>
    <w:p/>
    <w:p>
      <w:pPr>
        <w:keepNext/>
        <w:spacing w:before="240"/>
      </w:pPr>
      <w:r>
        <w:rPr>
          <w:b/>
          <w:i w:val="0"/>
        </w:rPr>
        <w:t>6. What is one thing you want gone over in class?</w:t>
      </w:r>
      <w:r>
        <w:rPr>
          <w:b w:val="0"/>
          <w:i w:val="0"/>
        </w:rPr>
        <w:t xml:space="preserve"> Be as specific as you can: "why </w:t>
      </w:r>
      <w:r>
        <w:rPr>
          <w:rFonts w:ascii="Consolas" w:hAnsi="Consolas"/>
          <w:b w:val="0"/>
          <w:i w:val="0"/>
          <w:sz w:val="21"/>
          <w:shd w:val="clear" w:fill="EEEEEE"/>
        </w:rPr>
        <w:t>range(5, 1)</w:t>
      </w:r>
      <w:r>
        <w:rPr>
          <w:b w:val="0"/>
          <w:i w:val="0"/>
        </w:rPr>
        <w:t xml:space="preserve"> runs zero times but </w:t>
      </w:r>
      <w:r>
        <w:rPr>
          <w:rFonts w:ascii="Consolas" w:hAnsi="Consolas"/>
          <w:b w:val="0"/>
          <w:i w:val="0"/>
          <w:sz w:val="21"/>
          <w:shd w:val="clear" w:fill="EEEEEE"/>
        </w:rPr>
        <w:t>range(5, 1, -1)</w:t>
      </w:r>
      <w:r>
        <w:rPr>
          <w:b w:val="0"/>
          <w:i w:val="0"/>
        </w:rPr>
        <w:t xml:space="preserve"> does not" is useful, and "loops" is not. Answer this even if you feel confident, by naming the kind of loop you would least like to trace on Quiz 3. Class time gets spent on whatever shows up most often in these answers.</w:t>
      </w:r>
    </w:p>
    <w:tbl>
      <w:tblPr>
        <w:tblW w:type="auto" w:w="0"/>
        <w:tblLayout w:type="fixed"/>
        <w:tblLook w:firstColumn="1" w:firstRow="1" w:lastColumn="0" w:lastRow="0" w:noHBand="0" w:noVBand="1" w:val="04A0"/>
      </w:tblPr>
      <w:tblGrid>
        <w:gridCol w:w="9360"/>
      </w:tblGrid>
      <w:tr>
        <w:trPr>
          <w:trHeight w:val="2160" w:hRule="atLeast"/>
        </w:trPr>
        <w:tc>
          <w:tcPr>
            <w:tcW w:type="dxa" w:w="9360"/>
            <w:tcBorders>
              <w:top w:val="single" w:sz="6" w:color="BFBFBF"/>
              <w:left w:val="single" w:sz="6" w:color="BFBFBF"/>
              <w:bottom w:val="single" w:sz="6" w:color="BFBFBF"/>
              <w:right w:val="single" w:sz="6" w:color="BFBFBF"/>
            </w:tcBorders>
          </w:tcPr>
          <w:p/>
        </w:tc>
      </w:tr>
    </w:tbl>
    <w:p/>
    <w:p>
      <w:pPr>
        <w:keepNext/>
        <w:spacing w:before="240"/>
      </w:pPr>
      <w:r>
        <w:rPr>
          <w:b/>
          <w:i w:val="0"/>
        </w:rPr>
        <w:t>7. Did you use an AI tool this week, and did it build your understanding or replace it?</w:t>
      </w:r>
      <w:r>
        <w:rPr>
          <w:b w:val="0"/>
          <w:i w:val="0"/>
        </w:rPr>
        <w:t xml:space="preserve"> The honest test for this week is concrete: given a ten-line function with a </w:t>
      </w:r>
      <w:r>
        <w:rPr>
          <w:rFonts w:ascii="Consolas" w:hAnsi="Consolas"/>
          <w:b w:val="0"/>
          <w:i w:val="0"/>
          <w:sz w:val="21"/>
          <w:shd w:val="clear" w:fill="EEEEEE"/>
        </w:rPr>
        <w:t>for</w:t>
      </w:r>
      <w:r>
        <w:rPr>
          <w:b w:val="0"/>
          <w:i w:val="0"/>
        </w:rPr>
        <w:t xml:space="preserve"> loop, an accumulator, and an </w:t>
      </w:r>
      <w:r>
        <w:rPr>
          <w:rFonts w:ascii="Consolas" w:hAnsi="Consolas"/>
          <w:b w:val="0"/>
          <w:i w:val="0"/>
          <w:sz w:val="21"/>
          <w:shd w:val="clear" w:fill="EEEEEE"/>
        </w:rPr>
        <w:t>if</w:t>
      </w:r>
      <w:r>
        <w:rPr>
          <w:b w:val="0"/>
          <w:i w:val="0"/>
        </w:rPr>
        <w:t xml:space="preserve"> inside it, could you write its trace table on paper — every variable after every pass — with no computer and no notes? If a video, article, or tutorial made something click, drop the link and one line on why it helped; we collect these to improve the study menu for future students.</w:t>
      </w:r>
    </w:p>
    <w:tbl>
      <w:tblPr>
        <w:tblW w:type="auto" w:w="0"/>
        <w:tblLayout w:type="fixed"/>
        <w:tblLook w:firstColumn="1" w:firstRow="1" w:lastColumn="0" w:lastRow="0" w:noHBand="0" w:noVBand="1" w:val="04A0"/>
      </w:tblPr>
      <w:tblGrid>
        <w:gridCol w:w="9360"/>
      </w:tblGrid>
      <w:tr>
        <w:trPr>
          <w:trHeight w:val="2160" w:hRule="atLeast"/>
        </w:trPr>
        <w:tc>
          <w:tcPr>
            <w:tcW w:type="dxa" w:w="9360"/>
            <w:tcBorders>
              <w:top w:val="single" w:sz="6" w:color="BFBFBF"/>
              <w:left w:val="single" w:sz="6" w:color="BFBFBF"/>
              <w:bottom w:val="single" w:sz="6" w:color="BFBFBF"/>
              <w:right w:val="single" w:sz="6" w:color="BFBFBF"/>
            </w:tcBorders>
          </w:tcPr>
          <w:p/>
        </w:tc>
      </w:tr>
    </w:tbl>
    <w:p/>
    <w:p>
      <w:pPr>
        <w:keepNext/>
        <w:spacing w:before="240"/>
      </w:pPr>
      <w:r>
        <w:rPr>
          <w:b/>
          <w:i w:val="0"/>
        </w:rPr>
        <w:t>8. Paste one or two programs you wrote outside of class this week.</w:t>
      </w:r>
      <w:r>
        <w:rPr>
          <w:b w:val="0"/>
          <w:i w:val="0"/>
        </w:rPr>
        <w:t xml:space="preserve"> Pick the ones with the most loops in them, and if tracing one on paper turned up something that running it did not, say what.</w:t>
      </w:r>
    </w:p>
    <w:tbl>
      <w:tblPr>
        <w:tblW w:type="auto" w:w="0"/>
        <w:tblLayout w:type="fixed"/>
        <w:tblLook w:firstColumn="1" w:firstRow="1" w:lastColumn="0" w:lastRow="0" w:noHBand="0" w:noVBand="1" w:val="04A0"/>
      </w:tblPr>
      <w:tblGrid>
        <w:gridCol w:w="9360"/>
      </w:tblGrid>
      <w:tr>
        <w:trPr>
          <w:trHeight w:val="4320" w:hRule="atLeast"/>
        </w:trPr>
        <w:tc>
          <w:tcPr>
            <w:tcW w:type="dxa" w:w="9360"/>
            <w:tcBorders>
              <w:top w:val="single" w:sz="6" w:color="BFBFBF"/>
              <w:left w:val="single" w:sz="6" w:color="BFBFBF"/>
              <w:bottom w:val="single" w:sz="6" w:color="BFBFBF"/>
              <w:right w:val="single" w:sz="6" w:color="BFBFBF"/>
            </w:tcBorders>
          </w:tcPr>
          <w:p>
            <w:pPr>
              <w:spacing w:line="240" w:lineRule="auto" w:before="0" w:after="0"/>
              <w:rPr>
                <w:rFonts w:ascii="Consolas" w:hAnsi="Consolas" w:cs="Consolas"/>
                <w:sz w:val="21"/>
              </w:rPr>
            </w:pPr>
          </w:p>
        </w:tc>
      </w:tr>
    </w:tbl>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