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 149 Week 4 Reflection</w:t>
      </w:r>
    </w:p>
    <w:p>
      <w:pPr>
        <w:tabs>
          <w:tab w:pos="4680" w:val="left"/>
        </w:tabs>
      </w:pPr>
      <w:r>
        <w:rPr>
          <w:b/>
          <w:i w:val="0"/>
        </w:rPr>
        <w:t>Name:</w:t>
      </w:r>
      <w:r>
        <w:rPr>
          <w:b w:val="0"/>
          <w:i w:val="0"/>
        </w:rPr>
        <w:tab/>
      </w:r>
      <w:r>
        <w:rPr>
          <w:b/>
          <w:i w:val="0"/>
        </w:rPr>
        <w:t>Date:</w:t>
      </w:r>
    </w:p>
    <w:p>
      <w:r>
        <w:rPr>
          <w:i/>
          <w:color w:val="595959"/>
          <w:sz w:val="20"/>
        </w:rPr>
        <w:t>Click a checkbox to check it, and type your answers in the boxes below.</w:t>
      </w:r>
    </w:p>
    <w:p>
      <w:pPr>
        <w:keepNext/>
        <w:spacing w:before="240"/>
      </w:pPr>
      <w:r>
        <w:rPr>
          <w:b/>
          <w:i w:val="0"/>
        </w:rPr>
        <w:t>1. What did you do this week?</w:t>
      </w:r>
      <w:r>
        <w:rPr>
          <w:b w:val="0"/>
          <w:i w:val="0"/>
        </w:rPr>
        <w:t xml:space="preserve"> (Check all that apply.)</w:t>
      </w:r>
    </w:p>
    <w:p>
      <w:pPr>
        <w:spacing w:after="40"/>
        <w:ind w:left="360"/>
      </w:pPr>
      <w:sdt>
        <w:sdtPr>
          <w:id w:val="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Worked the Unit 1 review page before Quiz 1</w:t>
      </w:r>
    </w:p>
    <w:p>
      <w:pPr>
        <w:spacing w:after="40"/>
        <w:ind w:left="360"/>
      </w:pPr>
      <w:sdt>
        <w:sdtPr>
          <w:id w:val="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Read the sections listed for one or more of the textbooks</w:t>
      </w:r>
    </w:p>
    <w:p>
      <w:pPr>
        <w:spacing w:after="40"/>
        <w:ind w:left="360"/>
      </w:pPr>
      <w:sdt>
        <w:sdtPr>
          <w:id w:val="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Traced a conditional program on paper and predicted which branch would run</w:t>
      </w:r>
    </w:p>
    <w:p>
      <w:pPr>
        <w:spacing w:after="40"/>
        <w:ind w:left="360"/>
      </w:pPr>
      <w:sdt>
        <w:sdtPr>
          <w:id w:val="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Stepped through a program with Thonny's debugger</w:t>
      </w:r>
    </w:p>
    <w:p>
      <w:pPr>
        <w:spacing w:after="40"/>
        <w:ind w:left="360"/>
      </w:pPr>
      <w:sdt>
        <w:sdtPr>
          <w:id w:val="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 xml:space="preserve">Drilled </w:t>
      </w:r>
      <w:r>
        <w:rPr>
          <w:rFonts w:ascii="Consolas" w:hAnsi="Consolas"/>
          <w:b w:val="0"/>
          <w:i w:val="0"/>
          <w:sz w:val="21"/>
          <w:shd w:val="clear" w:fill="EEEEEE"/>
        </w:rPr>
        <w:t>bool()</w:t>
      </w:r>
      <w:r>
        <w:rPr>
          <w:b w:val="0"/>
          <w:i w:val="0"/>
        </w:rPr>
        <w:t xml:space="preserve"> and </w:t>
      </w:r>
      <w:r>
        <w:rPr>
          <w:rFonts w:ascii="Consolas" w:hAnsi="Consolas"/>
          <w:b w:val="0"/>
          <w:i w:val="0"/>
          <w:sz w:val="21"/>
          <w:shd w:val="clear" w:fill="EEEEEE"/>
        </w:rPr>
        <w:t>help()</w:t>
      </w:r>
      <w:r>
        <w:rPr>
          <w:b w:val="0"/>
          <w:i w:val="0"/>
        </w:rPr>
        <w:t xml:space="preserve"> in the Shell</w:t>
      </w:r>
    </w:p>
    <w:p>
      <w:pPr>
        <w:spacing w:after="40"/>
        <w:ind w:left="360"/>
      </w:pPr>
      <w:sdt>
        <w:sdtPr>
          <w:id w:val="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Made a branch-and-input table for a program, including its boundaries</w:t>
      </w:r>
    </w:p>
    <w:p>
      <w:pPr>
        <w:spacing w:after="40"/>
        <w:ind w:left="360"/>
      </w:pPr>
      <w:sdt>
        <w:sdtPr>
          <w:id w:val="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Wrote a program from scratch under a timer, with no AI</w:t>
      </w:r>
    </w:p>
    <w:p>
      <w:pPr>
        <w:spacing w:after="40"/>
        <w:ind w:left="360"/>
      </w:pPr>
      <w:sdt>
        <w:sdtPr>
          <w:id w:val="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Traded programs with a classmate and tried to break each other's</w:t>
      </w:r>
    </w:p>
    <w:p>
      <w:pPr>
        <w:spacing w:after="40"/>
        <w:ind w:left="360"/>
      </w:pPr>
      <w:sdt>
        <w:sdtPr>
          <w:id w:val="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Asked an AI tutor to drill me or to suggest test cases</w:t>
      </w:r>
    </w:p>
    <w:p>
      <w:pPr>
        <w:spacing w:after="40"/>
        <w:ind w:left="360"/>
      </w:pPr>
      <w:sdt>
        <w:sdtPr>
          <w:id w:val="10"/>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Something else (tell us in the short answers)</w:t>
      </w:r>
    </w:p>
    <w:p>
      <w:pPr>
        <w:keepNext/>
        <w:spacing w:before="240"/>
      </w:pPr>
      <w:r>
        <w:rPr>
          <w:b/>
          <w:i w:val="0"/>
        </w:rPr>
        <w:t>2. Roughly how much time did you spend on CS 149 outside of class this week?</w:t>
      </w:r>
    </w:p>
    <w:p>
      <w:pPr>
        <w:spacing w:after="40"/>
        <w:ind w:left="360"/>
      </w:pPr>
      <w:sdt>
        <w:sdtPr>
          <w:id w:val="1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Under 1 hour</w:t>
      </w:r>
    </w:p>
    <w:p>
      <w:pPr>
        <w:spacing w:after="40"/>
        <w:ind w:left="360"/>
      </w:pPr>
      <w:sdt>
        <w:sdtPr>
          <w:id w:val="1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1–2 hours</w:t>
      </w:r>
    </w:p>
    <w:p>
      <w:pPr>
        <w:spacing w:after="40"/>
        <w:ind w:left="360"/>
      </w:pPr>
      <w:sdt>
        <w:sdtPr>
          <w:id w:val="1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3–4 hours</w:t>
      </w:r>
    </w:p>
    <w:p>
      <w:pPr>
        <w:spacing w:after="40"/>
        <w:ind w:left="360"/>
      </w:pPr>
      <w:sdt>
        <w:sdtPr>
          <w:id w:val="1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5–6 hours</w:t>
      </w:r>
    </w:p>
    <w:p>
      <w:pPr>
        <w:spacing w:after="40"/>
        <w:ind w:left="360"/>
      </w:pPr>
      <w:sdt>
        <w:sdtPr>
          <w:id w:val="1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7+ hours</w:t>
      </w:r>
    </w:p>
    <w:p>
      <w:pPr>
        <w:keepNext/>
        <w:spacing w:before="240"/>
      </w:pPr>
      <w:r>
        <w:rPr>
          <w:b/>
          <w:i w:val="0"/>
        </w:rPr>
        <w:t>3. Now that you have taken Quiz 1, how do you think it went?</w:t>
      </w:r>
    </w:p>
    <w:p>
      <w:pPr>
        <w:spacing w:after="40"/>
        <w:ind w:left="360"/>
      </w:pPr>
      <w:sdt>
        <w:sdtPr>
          <w:id w:val="1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Better than I expected</w:t>
      </w:r>
    </w:p>
    <w:p>
      <w:pPr>
        <w:spacing w:after="40"/>
        <w:ind w:left="360"/>
      </w:pPr>
      <w:sdt>
        <w:sdtPr>
          <w:id w:val="1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About what I expected</w:t>
      </w:r>
    </w:p>
    <w:p>
      <w:pPr>
        <w:spacing w:after="40"/>
        <w:ind w:left="360"/>
      </w:pPr>
      <w:sdt>
        <w:sdtPr>
          <w:id w:val="1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Worse than I expected</w:t>
      </w:r>
    </w:p>
    <w:p>
      <w:pPr>
        <w:spacing w:after="40"/>
        <w:ind w:left="360"/>
      </w:pPr>
      <w:sdt>
        <w:sdtPr>
          <w:id w:val="1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I honestly have no idea</w:t>
      </w:r>
    </w:p>
    <w:p>
      <w:pPr>
        <w:spacing w:after="40"/>
        <w:ind w:left="360"/>
      </w:pPr>
      <w:sdt>
        <w:sdtPr>
          <w:id w:val="20"/>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I have not taken it yet and need to make it up</w:t>
      </w:r>
    </w:p>
    <w:p>
      <w:pPr>
        <w:keepNext/>
        <w:spacing w:before="240"/>
      </w:pPr>
      <w:r>
        <w:rPr>
          <w:b/>
          <w:i w:val="0"/>
        </w:rPr>
        <w:t>4. Name one thing about the way you studied for Quiz 1 that worked, and one thing that did not.</w:t>
      </w:r>
      <w:r>
        <w:rPr>
          <w:b w:val="0"/>
          <w:i w:val="0"/>
        </w:rPr>
        <w:t xml:space="preserve"> Now that you have seen an actual quiz, this is the most useful judgment you can make all semester, and it is worth more than any single topic. Then say what you are going to do differently for Quiz 2, keeping in mind that Quiz 2 is on a computer: you will write and test a working program rather than read code on paper. If what worked for Quiz 1 was reading and predicting, say what the equivalent preparation is when the quiz hands you a keyboard.</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5. Give one boolean expression or one branch that did not do what you expected this week.</w:t>
      </w:r>
      <w:r>
        <w:rPr>
          <w:b w:val="0"/>
          <w:i w:val="0"/>
        </w:rPr>
        <w:t xml:space="preserve"> Write what you expected, what actually happened, and the rule you were using that turned out to be wrong. The wrong rule is the useful part. Then say which of this week's objectives feels shakiest — tracing branches, predicting boolean expressions, truthiness, or </w:t>
      </w:r>
      <w:r>
        <w:rPr>
          <w:rFonts w:ascii="Consolas" w:hAnsi="Consolas"/>
          <w:b w:val="0"/>
          <w:i w:val="0"/>
          <w:sz w:val="21"/>
          <w:shd w:val="clear" w:fill="EEEEEE"/>
        </w:rPr>
        <w:t>help()</w:t>
      </w:r>
      <w:r>
        <w:rPr>
          <w:b w:val="0"/>
          <w:i w:val="0"/>
        </w:rPr>
        <w:t xml:space="preserve"> — and what you plan to do about it before Quiz 2.</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6. What is one thing you want gone over in class?</w:t>
      </w:r>
      <w:r>
        <w:rPr>
          <w:b w:val="0"/>
          <w:i w:val="0"/>
        </w:rPr>
        <w:t xml:space="preserve"> Be as specific as you can: "why </w:t>
      </w:r>
      <w:r>
        <w:rPr>
          <w:rFonts w:ascii="Consolas" w:hAnsi="Consolas"/>
          <w:b w:val="0"/>
          <w:i w:val="0"/>
          <w:sz w:val="21"/>
          <w:shd w:val="clear" w:fill="EEEEEE"/>
        </w:rPr>
        <w:t>x == "yes" or "y"</w:t>
      </w:r>
      <w:r>
        <w:rPr>
          <w:b w:val="0"/>
          <w:i w:val="0"/>
        </w:rPr>
        <w:t xml:space="preserve"> is always true" is useful, and "conditionals" is not. Answer this even if you feel confident, by naming the thing you would least like to see on Quiz 2. Class time gets spent on whatever shows up most often in these answers.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7. Did you use an AI tool this week, and did it build your understanding or replace it?</w:t>
      </w:r>
      <w:r>
        <w:rPr>
          <w:b w:val="0"/>
          <w:i w:val="0"/>
        </w:rPr>
        <w:t xml:space="preserve"> The honest test for this week is concrete: could you sit down right now, with no notes and nothing open but Thonny, and write a working program with three branches and a nested </w:t>
      </w:r>
      <w:r>
        <w:rPr>
          <w:rFonts w:ascii="Consolas" w:hAnsi="Consolas"/>
          <w:b w:val="0"/>
          <w:i w:val="0"/>
          <w:sz w:val="21"/>
          <w:shd w:val="clear" w:fill="EEEEEE"/>
        </w:rPr>
        <w:t>if</w:t>
      </w:r>
      <w:r>
        <w:rPr>
          <w:b w:val="0"/>
          <w:i w:val="0"/>
        </w:rPr>
        <w:t xml:space="preserve"> in 25 minutes? If a video, article, or tutorial made something click, drop the link and one line on why it helped; we collect these to improve the study menu for future students.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8. Paste one or two programs you wrote outside of class this week.</w:t>
      </w:r>
      <w:r>
        <w:rPr>
          <w:b w:val="0"/>
          <w:i w:val="0"/>
        </w:rPr>
        <w:t xml:space="preserve"> Pick the ones with the most branches in them, and if you found an input that broke one of your own programs, say what it was.</w:t>
      </w:r>
    </w:p>
    <w:tbl>
      <w:tblPr>
        <w:tblW w:type="auto" w:w="0"/>
        <w:tblLayout w:type="fixed"/>
        <w:tblLook w:firstColumn="1" w:firstRow="1" w:lastColumn="0" w:lastRow="0" w:noHBand="0" w:noVBand="1" w:val="04A0"/>
      </w:tblPr>
      <w:tblGrid>
        <w:gridCol w:w="9360"/>
      </w:tblGrid>
      <w:tr>
        <w:trPr>
          <w:trHeight w:val="4320" w:hRule="atLeast"/>
        </w:trPr>
        <w:tc>
          <w:tcPr>
            <w:tcW w:type="dxa" w:w="9360"/>
            <w:tcBorders>
              <w:top w:val="single" w:sz="6" w:color="BFBFBF"/>
              <w:left w:val="single" w:sz="6" w:color="BFBFBF"/>
              <w:bottom w:val="single" w:sz="6" w:color="BFBFBF"/>
              <w:right w:val="single" w:sz="6" w:color="BFBFBF"/>
            </w:tcBorders>
          </w:tcPr>
          <w:p>
            <w:pPr>
              <w:spacing w:line="240" w:lineRule="auto" w:before="0" w:after="0"/>
              <w:rPr>
                <w:rFonts w:ascii="Consolas" w:hAnsi="Consolas" w:cs="Consolas"/>
                <w:sz w:val="21"/>
              </w:rPr>
            </w:pPr>
          </w:p>
        </w:tc>
      </w:tr>
    </w:tbl>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