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CS 149 Week 2 Reflection</w:t>
      </w:r>
    </w:p>
    <w:p>
      <w:pPr>
        <w:tabs>
          <w:tab w:pos="4680" w:val="left"/>
        </w:tabs>
      </w:pPr>
      <w:r>
        <w:rPr>
          <w:b/>
          <w:i w:val="0"/>
        </w:rPr>
        <w:t>Name:</w:t>
      </w:r>
      <w:r>
        <w:rPr>
          <w:b w:val="0"/>
          <w:i w:val="0"/>
        </w:rPr>
        <w:tab/>
      </w:r>
      <w:r>
        <w:rPr>
          <w:b/>
          <w:i w:val="0"/>
        </w:rPr>
        <w:t>Date:</w:t>
      </w:r>
    </w:p>
    <w:p>
      <w:r>
        <w:rPr>
          <w:i/>
          <w:color w:val="595959"/>
          <w:sz w:val="20"/>
        </w:rPr>
        <w:t>Click a checkbox to check it, and type your answers in the boxes below.</w:t>
      </w:r>
    </w:p>
    <w:p>
      <w:pPr>
        <w:keepNext/>
        <w:spacing w:before="240"/>
      </w:pPr>
      <w:r>
        <w:rPr>
          <w:b/>
          <w:i w:val="0"/>
        </w:rPr>
        <w:t>1. What did you do this week?</w:t>
      </w:r>
      <w:r>
        <w:rPr>
          <w:b w:val="0"/>
          <w:i w:val="0"/>
        </w:rPr>
        <w:t xml:space="preserve"> (Check all that apply.)</w:t>
      </w:r>
    </w:p>
    <w:p>
      <w:pPr>
        <w:spacing w:after="40"/>
        <w:ind w:left="360"/>
      </w:pPr>
      <w:sdt>
        <w:sdtPr>
          <w:id w:val="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Read one or more textbook chapters</w:t>
      </w:r>
    </w:p>
    <w:p>
      <w:pPr>
        <w:spacing w:after="40"/>
        <w:ind w:left="360"/>
      </w:pPr>
      <w:sdt>
        <w:sdtPr>
          <w:id w:val="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 xml:space="preserve">Finished the virtual environment and </w:t>
      </w:r>
      <w:r>
        <w:rPr>
          <w:rFonts w:ascii="Consolas" w:hAnsi="Consolas"/>
          <w:b w:val="0"/>
          <w:i w:val="0"/>
          <w:sz w:val="21"/>
          <w:shd w:val="clear" w:fill="EEEEEE"/>
        </w:rPr>
        <w:t>ruff</w:t>
      </w:r>
      <w:r>
        <w:rPr>
          <w:b w:val="0"/>
          <w:i w:val="0"/>
        </w:rPr>
        <w:t xml:space="preserve"> setup on my other machine</w:t>
      </w:r>
    </w:p>
    <w:p>
      <w:pPr>
        <w:spacing w:after="40"/>
        <w:ind w:left="360"/>
      </w:pPr>
      <w:sdt>
        <w:sdtPr>
          <w:id w:val="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Wrote one or more programs of my own</w:t>
      </w:r>
    </w:p>
    <w:p>
      <w:pPr>
        <w:spacing w:after="40"/>
        <w:ind w:left="360"/>
      </w:pPr>
      <w:sdt>
        <w:sdtPr>
          <w:id w:val="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Predicted output before running a program</w:t>
      </w:r>
    </w:p>
    <w:p>
      <w:pPr>
        <w:spacing w:after="40"/>
        <w:ind w:left="360"/>
      </w:pPr>
      <w:sdt>
        <w:sdtPr>
          <w:id w:val="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 xml:space="preserve">Ran </w:t>
      </w:r>
      <w:r>
        <w:rPr>
          <w:rFonts w:ascii="Consolas" w:hAnsi="Consolas"/>
          <w:b w:val="0"/>
          <w:i w:val="0"/>
          <w:sz w:val="21"/>
          <w:shd w:val="clear" w:fill="EEEEEE"/>
        </w:rPr>
        <w:t>!ruff check</w:t>
      </w:r>
      <w:r>
        <w:rPr>
          <w:b w:val="0"/>
          <w:i w:val="0"/>
        </w:rPr>
        <w:t xml:space="preserve"> on my own code</w:t>
      </w:r>
    </w:p>
    <w:p>
      <w:pPr>
        <w:spacing w:after="40"/>
        <w:ind w:left="360"/>
      </w:pPr>
      <w:sdt>
        <w:sdtPr>
          <w:id w:val="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Looked something up in the official Python documentation</w:t>
      </w:r>
    </w:p>
    <w:p>
      <w:pPr>
        <w:spacing w:after="40"/>
        <w:ind w:left="360"/>
      </w:pPr>
      <w:sdt>
        <w:sdtPr>
          <w:id w:val="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Watched a video or read another resource</w:t>
      </w:r>
    </w:p>
    <w:p>
      <w:pPr>
        <w:spacing w:after="40"/>
        <w:ind w:left="360"/>
      </w:pPr>
      <w:sdt>
        <w:sdtPr>
          <w:id w:val="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Asked an AI tutor to test my knowledge</w:t>
      </w:r>
    </w:p>
    <w:p>
      <w:pPr>
        <w:spacing w:after="40"/>
        <w:ind w:left="360"/>
      </w:pPr>
      <w:sdt>
        <w:sdtPr>
          <w:id w:val="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Something else (tell us in the short answers)</w:t>
      </w:r>
    </w:p>
    <w:p>
      <w:pPr>
        <w:keepNext/>
        <w:spacing w:before="240"/>
      </w:pPr>
      <w:r>
        <w:rPr>
          <w:b/>
          <w:i w:val="0"/>
        </w:rPr>
        <w:t>2. Roughly how much time did you spend on CS 149 outside of class this week?</w:t>
      </w:r>
    </w:p>
    <w:p>
      <w:pPr>
        <w:spacing w:after="40"/>
        <w:ind w:left="360"/>
      </w:pPr>
      <w:sdt>
        <w:sdtPr>
          <w:id w:val="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Under 1 hour</w:t>
      </w:r>
    </w:p>
    <w:p>
      <w:pPr>
        <w:spacing w:after="40"/>
        <w:ind w:left="360"/>
      </w:pPr>
      <w:sdt>
        <w:sdtPr>
          <w:id w:val="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1–2 hours</w:t>
      </w:r>
    </w:p>
    <w:p>
      <w:pPr>
        <w:spacing w:after="40"/>
        <w:ind w:left="360"/>
      </w:pPr>
      <w:sdt>
        <w:sdtPr>
          <w:id w:val="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3–4 hours</w:t>
      </w:r>
    </w:p>
    <w:p>
      <w:pPr>
        <w:spacing w:after="40"/>
        <w:ind w:left="360"/>
      </w:pPr>
      <w:sdt>
        <w:sdtPr>
          <w:id w:val="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5–6 hours</w:t>
      </w:r>
    </w:p>
    <w:p>
      <w:pPr>
        <w:spacing w:after="40"/>
        <w:ind w:left="360"/>
      </w:pPr>
      <w:sdt>
        <w:sdtPr>
          <w:id w:val="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7+ hours</w:t>
      </w:r>
    </w:p>
    <w:p>
      <w:pPr>
        <w:keepNext/>
        <w:spacing w:before="240"/>
      </w:pPr>
      <w:r>
        <w:rPr>
          <w:b/>
          <w:i w:val="0"/>
        </w:rPr>
        <w:t>3. Did you write down what a program would print before running it? How did it go?</w:t>
      </w:r>
      <w:r>
        <w:rPr>
          <w:b w:val="0"/>
          <w:i w:val="0"/>
        </w:rPr>
        <w:t xml:space="preserve"> Were your guesses usually right, sometimes right, or mostly wrong? Give one example you got wrong and what you learned from it. If you were often wrong, say so plainly; that is the most useful thing you could report, and it tells your instructor exactly what to work on with you.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16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/>
        </w:tc>
      </w:tr>
    </w:tbl>
    <w:p/>
    <w:p>
      <w:pPr>
        <w:keepNext/>
        <w:spacing w:before="240"/>
      </w:pPr>
      <w:r>
        <w:rPr>
          <w:b/>
          <w:i w:val="0"/>
        </w:rPr>
        <w:t>4. Describe one error you actually hit this week.</w:t>
      </w:r>
      <w:r>
        <w:rPr>
          <w:b w:val="0"/>
          <w:i w:val="0"/>
        </w:rPr>
        <w:t xml:space="preserve"> What was the error, and which of the three kinds was it: caught before your code ran, happened while it was running, or a style violation reported by </w:t>
      </w:r>
      <w:r>
        <w:rPr>
          <w:rFonts w:ascii="Consolas" w:hAnsi="Consolas"/>
          <w:b w:val="0"/>
          <w:i w:val="0"/>
          <w:sz w:val="21"/>
          <w:shd w:val="clear" w:fill="EEEEEE"/>
        </w:rPr>
        <w:t>ruff</w:t>
      </w:r>
      <w:r>
        <w:rPr>
          <w:b w:val="0"/>
          <w:i w:val="0"/>
        </w:rPr>
        <w:t>? How did you figure out what was wrong?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16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/>
        </w:tc>
      </w:tr>
    </w:tbl>
    <w:p/>
    <w:p>
      <w:pPr>
        <w:keepNext/>
        <w:spacing w:before="240"/>
      </w:pPr>
      <w:r>
        <w:rPr>
          <w:b/>
          <w:i w:val="0"/>
        </w:rPr>
        <w:t>5. Of this week's four objectives, which feels solid and which feels shaky?</w:t>
      </w:r>
      <w:r>
        <w:rPr>
          <w:b w:val="0"/>
          <w:i w:val="0"/>
        </w:rPr>
        <w:t xml:space="preserve"> The four are reading input and converting types, printing in an exact format, importing and using a module such as </w:t>
      </w:r>
      <w:r>
        <w:rPr>
          <w:rFonts w:ascii="Consolas" w:hAnsi="Consolas"/>
          <w:b w:val="0"/>
          <w:i w:val="0"/>
          <w:sz w:val="21"/>
          <w:shd w:val="clear" w:fill="EEEEEE"/>
        </w:rPr>
        <w:t>math</w:t>
      </w:r>
      <w:r>
        <w:rPr>
          <w:b w:val="0"/>
          <w:i w:val="0"/>
        </w:rPr>
        <w:t>, and telling the kinds of errors apart. Name your shakiest one specifically, and say what you plan to do about it before Quiz 1.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16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/>
        </w:tc>
      </w:tr>
    </w:tbl>
    <w:p/>
    <w:p>
      <w:pPr>
        <w:keepNext/>
        <w:spacing w:before="240"/>
      </w:pPr>
      <w:r>
        <w:rPr>
          <w:b/>
          <w:i w:val="0"/>
        </w:rPr>
        <w:t>6. Did you use an AI tool this week, and did it build your understanding or replace it?</w:t>
      </w:r>
      <w:r>
        <w:rPr>
          <w:b w:val="0"/>
          <w:i w:val="0"/>
        </w:rPr>
        <w:t xml:space="preserve"> After this week's studying, how confident are you that you could read a short program on paper and say what it prints? If you found a video, article, or tutorial that helped something click, drop the link and one line on why it helped; we collect these to improve the study menu for future students.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16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/>
        </w:tc>
      </w:tr>
    </w:tbl>
    <w:p/>
    <w:p>
      <w:pPr>
        <w:keepNext/>
        <w:spacing w:before="240"/>
      </w:pPr>
      <w:r>
        <w:rPr>
          <w:b/>
          <w:i w:val="0"/>
        </w:rPr>
        <w:t>7. Paste one or two programs you wrote outside of class this week.</w:t>
      </w:r>
      <w:r>
        <w:rPr>
          <w:b w:val="0"/>
          <w:i w:val="0"/>
        </w:rPr>
        <w:t xml:space="preserve"> Pick the ones you are proudest of, or the ones you learned the most from writing.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432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spacing w:line="240" w:lineRule="auto" w:before="0" w:after="0"/>
              <w:rPr>
                <w:rFonts w:ascii="Consolas" w:hAnsi="Consolas" w:cs="Consolas"/>
                <w:sz w:val="21"/>
              </w:rPr>
            </w:pPr>
          </w:p>
        </w:tc>
      </w:tr>
    </w:tbl>
    <w:p/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